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4"/>
        </w:rPr>
        <w:t>CONGREGATE LIVING HEALTH FACILITY (CLHF)</w:t>
      </w:r>
    </w:p>
    <w:p>
      <w:pPr>
        <w:jc w:val="center"/>
      </w:pPr>
      <w:r>
        <w:rPr>
          <w:b/>
          <w:sz w:val="34"/>
        </w:rPr>
        <w:t>STAFF LICENSED VOCATIONAL NURSE (LVN) — JOB DESCRIPTION</w:t>
      </w:r>
    </w:p>
    <w:tbl>
      <w:tblPr>
        <w:tblStyle w:val="TableGrid"/>
        <w:tblW w:type="auto" w:w="0"/>
        <w:jc w:val="center"/>
        <w:tblLook w:firstColumn="1" w:firstRow="1" w:lastColumn="0" w:lastRow="0" w:noHBand="0" w:noVBand="1" w:val="04A0"/>
      </w:tblPr>
      <w:tblGrid>
        <w:gridCol w:w="5184"/>
        <w:gridCol w:w="5184"/>
      </w:tblGrid>
      <w:tr>
        <w:tc>
          <w:tcPr>
            <w:tcW w:type="dxa" w:w="5184"/>
          </w:tcPr>
          <w:p>
            <w:r>
              <w:t>Facility Name</w:t>
            </w:r>
          </w:p>
        </w:tc>
        <w:tc>
          <w:tcPr>
            <w:tcW w:type="dxa" w:w="5184"/>
          </w:tcPr>
          <w:p>
            <w:r>
              <w:t>____________________________________________</w:t>
            </w:r>
          </w:p>
        </w:tc>
      </w:tr>
      <w:tr>
        <w:tc>
          <w:tcPr>
            <w:tcW w:type="dxa" w:w="5184"/>
          </w:tcPr>
          <w:p>
            <w:r>
              <w:t>Position</w:t>
            </w:r>
          </w:p>
        </w:tc>
        <w:tc>
          <w:tcPr>
            <w:tcW w:type="dxa" w:w="5184"/>
          </w:tcPr>
          <w:p>
            <w:r>
              <w:t>Staff Licensed Vocational Nurse (LVN)</w:t>
            </w:r>
          </w:p>
        </w:tc>
      </w:tr>
      <w:tr>
        <w:tc>
          <w:tcPr>
            <w:tcW w:type="dxa" w:w="5184"/>
          </w:tcPr>
          <w:p>
            <w:r>
              <w:t>Reports To</w:t>
            </w:r>
          </w:p>
        </w:tc>
        <w:tc>
          <w:tcPr>
            <w:tcW w:type="dxa" w:w="5184"/>
          </w:tcPr>
          <w:p>
            <w:r>
              <w:t>Director of Nursing / Registered Nurse / Administrator</w:t>
            </w:r>
          </w:p>
        </w:tc>
      </w:tr>
      <w:tr>
        <w:tc>
          <w:tcPr>
            <w:tcW w:type="dxa" w:w="5184"/>
          </w:tcPr>
          <w:p>
            <w:r>
              <w:t>Provides Direction To</w:t>
            </w:r>
          </w:p>
        </w:tc>
        <w:tc>
          <w:tcPr>
            <w:tcW w:type="dxa" w:w="5184"/>
          </w:tcPr>
          <w:p>
            <w:r>
              <w:t>CNAs and Direct-Care Personnel as assigned and permitted</w:t>
            </w:r>
          </w:p>
        </w:tc>
      </w:tr>
      <w:tr>
        <w:tc>
          <w:tcPr>
            <w:tcW w:type="dxa" w:w="5184"/>
          </w:tcPr>
          <w:p>
            <w:r>
              <w:t>Employment Status</w:t>
            </w:r>
          </w:p>
        </w:tc>
        <w:tc>
          <w:tcPr>
            <w:tcW w:type="dxa" w:w="5184"/>
          </w:tcPr>
          <w:p>
            <w:r>
              <w:t>☐ Full-Time   ☐ Part-Time   ☐ Per Diem   ☐ Other: ________</w:t>
            </w:r>
          </w:p>
        </w:tc>
      </w:tr>
      <w:tr>
        <w:tc>
          <w:tcPr>
            <w:tcW w:type="dxa" w:w="5184"/>
          </w:tcPr>
          <w:p>
            <w:r>
              <w:t>Effective Date</w:t>
            </w:r>
          </w:p>
        </w:tc>
        <w:tc>
          <w:tcPr>
            <w:tcW w:type="dxa" w:w="5184"/>
          </w:tcPr>
          <w:p>
            <w:r>
              <w:t>____________________</w:t>
            </w:r>
          </w:p>
        </w:tc>
      </w:tr>
    </w:tbl>
    <w:p>
      <w:pPr>
        <w:spacing w:before="120" w:after="60"/>
        <w:shd w:fill="D9EAF7"/>
      </w:pPr>
      <w:r>
        <w:rPr>
          <w:b/>
          <w:sz w:val="22"/>
        </w:rPr>
        <w:t>POSITION SUMMARY</w:t>
      </w:r>
    </w:p>
    <w:p>
      <w:r>
        <w:t>The Staff Licensed Vocational Nurse provides direct nursing care to residents of the Congregate Living Health Facility under the direction of a physician and/or Registered Nurse as applicable. The LVN administers medications and treatments, observes and reports resident conditions, implements established plans of care and physician orders, provides resident and family support, and assists with supervision of assigned direct-care personnel within the LVN's lawful scope of practice. The LVN is expected to provide safe, compassionate, resident-centered care consistent with facility policies, demonstrated competency, and applicable California requirements.</w:t>
      </w:r>
    </w:p>
    <w:p>
      <w:pPr>
        <w:spacing w:before="120" w:after="60"/>
        <w:shd w:fill="D9EAF7"/>
      </w:pPr>
      <w:r>
        <w:rPr>
          <w:b/>
          <w:sz w:val="22"/>
        </w:rPr>
        <w:t>ESSENTIAL DUTIES AND RESPONSIBILITIES</w:t>
      </w:r>
    </w:p>
    <w:p>
      <w:pPr>
        <w:pStyle w:val="ListBullet"/>
        <w:spacing w:after="20"/>
      </w:pPr>
      <w:r>
        <w:t>Provide direct nursing care to assigned residents in accordance with physician orders, established plans of care, facility policies, and LVN scope of practice.</w:t>
      </w:r>
    </w:p>
    <w:p>
      <w:pPr>
        <w:pStyle w:val="ListBullet"/>
        <w:spacing w:after="20"/>
      </w:pPr>
      <w:r>
        <w:t>Observe residents and collect clinical information regarding physical condition, vital signs, pain, skin integrity, respiratory status, nutrition/hydration, elimination, behavior, function, and other assigned parameters.</w:t>
      </w:r>
    </w:p>
    <w:p>
      <w:pPr>
        <w:pStyle w:val="ListBullet"/>
        <w:spacing w:after="20"/>
      </w:pPr>
      <w:r>
        <w:t>Promptly report significant findings and changes in resident condition to the Registered Nurse, Director of Nursing, physician, or other appropriate practitioner according to facility policy.</w:t>
      </w:r>
    </w:p>
    <w:p>
      <w:pPr>
        <w:pStyle w:val="ListBullet"/>
        <w:spacing w:after="20"/>
      </w:pPr>
      <w:r>
        <w:t>Assist with emergency response and initiate appropriate actions within LVN scope of practice while obtaining RN, physician, emergency medical, or other appropriate assistance.</w:t>
      </w:r>
    </w:p>
    <w:p>
      <w:pPr>
        <w:pStyle w:val="ListBullet"/>
        <w:spacing w:after="20"/>
      </w:pPr>
      <w:r>
        <w:t>Receive and implement physician or authorized practitioner orders consistent with applicable scope-of-practice requirements and facility policy.</w:t>
      </w:r>
    </w:p>
    <w:p>
      <w:pPr>
        <w:pStyle w:val="ListBullet"/>
        <w:spacing w:after="20"/>
      </w:pPr>
      <w:r>
        <w:t>Administer medications accurately and safely and document medication administration on the medication administration record.</w:t>
      </w:r>
    </w:p>
    <w:p>
      <w:pPr>
        <w:pStyle w:val="ListBullet"/>
        <w:spacing w:after="20"/>
      </w:pPr>
      <w:r>
        <w:t>Observe residents for therapeutic response, side effects, adverse reactions, allergies, and medication-related concerns and promptly report significant findings.</w:t>
      </w:r>
    </w:p>
    <w:p>
      <w:pPr>
        <w:pStyle w:val="ListBullet"/>
        <w:spacing w:after="20"/>
      </w:pPr>
      <w:r>
        <w:t>Follow facility procedures for medication storage, security, controlled-medication counts, wastage, discrepancies, medication errors, and medication-related incident reporting.</w:t>
      </w:r>
    </w:p>
    <w:p>
      <w:pPr>
        <w:pStyle w:val="ListBullet"/>
        <w:spacing w:after="20"/>
      </w:pPr>
      <w:r>
        <w:t>Perform ordered treatments within LVN scope of practice and demonstrated competency.</w:t>
      </w:r>
    </w:p>
    <w:p>
      <w:pPr>
        <w:pStyle w:val="ListBullet"/>
        <w:spacing w:after="20"/>
      </w:pPr>
      <w:r>
        <w:t>Provide wound care, enteral feeding/G-tube care, oxygen-related care, glucose monitoring, tracheostomy-related care, and other specialty services when permitted, assigned, trained, and competency validated.</w:t>
      </w:r>
    </w:p>
    <w:p>
      <w:pPr>
        <w:pStyle w:val="ListBullet"/>
        <w:spacing w:after="20"/>
      </w:pPr>
      <w:r>
        <w:t>Implement established resident plans of care and report changes or concerns requiring RN assessment or care-plan revision.</w:t>
      </w:r>
    </w:p>
    <w:p>
      <w:pPr>
        <w:pStyle w:val="ListBullet"/>
        <w:spacing w:after="20"/>
      </w:pPr>
      <w:r>
        <w:t>Document medications, treatments, observations, resident responses, communications, and other nursing services accurately, completely, and timely.</w:t>
      </w:r>
    </w:p>
    <w:p>
      <w:pPr>
        <w:pStyle w:val="ListBullet"/>
        <w:spacing w:after="20"/>
      </w:pPr>
      <w:r>
        <w:t>Provide complete shift-to-shift reports and communicate unresolved or significant clinical issues to incoming staff.</w:t>
      </w:r>
    </w:p>
    <w:p>
      <w:pPr>
        <w:pStyle w:val="ListBullet"/>
        <w:spacing w:after="20"/>
      </w:pPr>
      <w:r>
        <w:t>Assist with admissions, transfers, discharges, hospital returns, and continuity-of-care activities within assigned responsibilities.</w:t>
      </w:r>
    </w:p>
    <w:p>
      <w:pPr>
        <w:pStyle w:val="ListBullet"/>
        <w:spacing w:after="20"/>
      </w:pPr>
      <w:r>
        <w:t>Communicate resident-care information to physicians, RNs, pharmacies, laboratories, hospitals, consultants, residents, and responsible parties as authorized and appropriate.</w:t>
      </w:r>
    </w:p>
    <w:p>
      <w:pPr>
        <w:pStyle w:val="ListBullet"/>
        <w:spacing w:after="20"/>
      </w:pPr>
      <w:r>
        <w:t>Provide direction to CNAs and direct-care personnel regarding established resident-care assignments and report performance or competency concerns to the RN/DON.</w:t>
      </w:r>
    </w:p>
    <w:p>
      <w:pPr>
        <w:pStyle w:val="ListBullet"/>
        <w:spacing w:after="20"/>
      </w:pPr>
      <w:r>
        <w:t>Monitor completion of assigned direct-care tasks and promptly report missed care, unsafe care, or significant resident concerns.</w:t>
      </w:r>
    </w:p>
    <w:p>
      <w:pPr>
        <w:pStyle w:val="ListBullet"/>
        <w:spacing w:after="20"/>
      </w:pPr>
      <w:r>
        <w:t>Follow infection prevention and control practices, including hand hygiene, standard precautions, transmission-based precautions, PPE, exposure response, and facility infection-control procedures.</w:t>
      </w:r>
    </w:p>
    <w:p>
      <w:pPr>
        <w:pStyle w:val="ListBullet"/>
        <w:spacing w:after="20"/>
      </w:pPr>
      <w:r>
        <w:t>Observe for signs and symptoms of infection and promptly report and document findings.</w:t>
      </w:r>
    </w:p>
    <w:p>
      <w:pPr>
        <w:pStyle w:val="ListBullet"/>
        <w:spacing w:after="20"/>
      </w:pPr>
      <w:r>
        <w:t>Implement ordered and established interventions for fall prevention, pressure-injury prevention, aspiration precautions, skin protection, nutrition/hydration, and other resident safety risks.</w:t>
      </w:r>
    </w:p>
    <w:p>
      <w:pPr>
        <w:pStyle w:val="ListBullet"/>
        <w:spacing w:after="20"/>
      </w:pPr>
      <w:r>
        <w:t>Assist with resident repositioning, transfers, mobility, activities of daily living, and other care when necessary and consistent with resident needs and safe practice.</w:t>
      </w:r>
    </w:p>
    <w:p>
      <w:pPr>
        <w:pStyle w:val="ListBullet"/>
        <w:spacing w:after="20"/>
      </w:pPr>
      <w:r>
        <w:t>Respond to falls, injuries, medication events, respiratory changes, acute illness, and other resident incidents within assigned responsibilities.</w:t>
      </w:r>
    </w:p>
    <w:p>
      <w:pPr>
        <w:pStyle w:val="ListBullet"/>
        <w:spacing w:after="20"/>
      </w:pPr>
      <w:r>
        <w:t>Complete incident documentation and provide information for nursing or administrative investigation and follow-up.</w:t>
      </w:r>
    </w:p>
    <w:p>
      <w:pPr>
        <w:pStyle w:val="ListBullet"/>
        <w:spacing w:after="20"/>
      </w:pPr>
      <w:r>
        <w:t>Immediately report suspected abuse, neglect, exploitation, mistreatment, misappropriation, discrimination, or unsafe care according to facility policy and applicable requirements.</w:t>
      </w:r>
    </w:p>
    <w:p>
      <w:pPr>
        <w:pStyle w:val="ListBullet"/>
        <w:spacing w:after="20"/>
      </w:pPr>
      <w:r>
        <w:t>Protect resident rights, dignity, privacy, confidentiality, preferences, and freedom from abuse and neglect.</w:t>
      </w:r>
    </w:p>
    <w:p>
      <w:pPr>
        <w:pStyle w:val="ListBullet"/>
        <w:spacing w:after="20"/>
      </w:pPr>
      <w:r>
        <w:t>Provide resident and family/responsible-party education within the LVN's role and reinforce education provided by the RN or physician as appropriate.</w:t>
      </w:r>
    </w:p>
    <w:p>
      <w:pPr>
        <w:pStyle w:val="ListBullet"/>
        <w:spacing w:after="20"/>
      </w:pPr>
      <w:r>
        <w:t>Participate in required orientation, annual education, clinical in-services, emergency drills, infection-control training, and competency validation.</w:t>
      </w:r>
    </w:p>
    <w:p>
      <w:pPr>
        <w:pStyle w:val="ListBullet"/>
        <w:spacing w:after="20"/>
      </w:pPr>
      <w:r>
        <w:t>Maintain a current California LVN license and required certifications and promptly report any restriction, disciplinary action, expiration, or other change affecting the ability to practice.</w:t>
      </w:r>
    </w:p>
    <w:p>
      <w:pPr>
        <w:pStyle w:val="ListBullet"/>
        <w:spacing w:after="20"/>
      </w:pPr>
      <w:r>
        <w:t>Participate in quality assurance activities, medication audits, infection surveillance, fall reviews, skin/wound monitoring, documentation audits, and other clinical improvement activities as assigned.</w:t>
      </w:r>
    </w:p>
    <w:p>
      <w:pPr>
        <w:pStyle w:val="ListBullet"/>
        <w:spacing w:after="20"/>
      </w:pPr>
      <w:r>
        <w:t>Participate appropriately in CDPH and other regulatory surveys and provide accurate information regarding assigned responsibilities.</w:t>
      </w:r>
    </w:p>
    <w:p>
      <w:pPr>
        <w:pStyle w:val="ListBullet"/>
        <w:spacing w:after="20"/>
      </w:pPr>
      <w:r>
        <w:t>Maintain nursing areas, medication areas, clinical supplies, emergency equipment, and resident-care equipment in a safe and orderly condition and report deficiencies promptly.</w:t>
      </w:r>
    </w:p>
    <w:p>
      <w:pPr>
        <w:pStyle w:val="ListBullet"/>
        <w:spacing w:after="20"/>
      </w:pPr>
      <w:r>
        <w:t>Perform other vocational nursing duties consistent with lawful LVN scope of practice, demonstrated competency, resident needs, and facility policy.</w:t>
      </w:r>
    </w:p>
    <w:p>
      <w:pPr>
        <w:spacing w:before="120" w:after="60"/>
        <w:shd w:fill="D9EAF7"/>
      </w:pPr>
      <w:r>
        <w:rPr>
          <w:b/>
          <w:sz w:val="22"/>
        </w:rPr>
        <w:t>MINIMUM QUALIFICATIONS</w:t>
      </w:r>
    </w:p>
    <w:p>
      <w:pPr>
        <w:pStyle w:val="ListBullet"/>
        <w:spacing w:after="20"/>
      </w:pPr>
      <w:r>
        <w:t>Current, active California Licensed Vocational Nurse (LVN) license in good standing.</w:t>
      </w:r>
    </w:p>
    <w:p>
      <w:pPr>
        <w:pStyle w:val="ListBullet"/>
        <w:spacing w:after="20"/>
      </w:pPr>
      <w:r>
        <w:t>Current CPR/BLS certification when required by facility policy or assigned duties.</w:t>
      </w:r>
    </w:p>
    <w:p>
      <w:pPr>
        <w:pStyle w:val="ListBullet"/>
        <w:spacing w:after="20"/>
      </w:pPr>
      <w:r>
        <w:t>Clinical experience appropriate to the resident population served; experience in CLHF, subacute, skilled nursing, rehabilitation, home health, hospice, long-term care, or similar settings is preferred.</w:t>
      </w:r>
    </w:p>
    <w:p>
      <w:pPr>
        <w:pStyle w:val="ListBullet"/>
        <w:spacing w:after="20"/>
      </w:pPr>
      <w:r>
        <w:t>Demonstrated competency in medication administration, resident observation, treatments, infection prevention, documentation, and emergency response appropriate to assigned duties.</w:t>
      </w:r>
    </w:p>
    <w:p>
      <w:pPr>
        <w:pStyle w:val="ListBullet"/>
        <w:spacing w:after="20"/>
      </w:pPr>
      <w:r>
        <w:t>Ability to recognize and promptly report changes in resident condition requiring RN or physician evaluation.</w:t>
      </w:r>
    </w:p>
    <w:p>
      <w:pPr>
        <w:pStyle w:val="ListBullet"/>
        <w:spacing w:after="20"/>
      </w:pPr>
      <w:r>
        <w:t>Ability to communicate effectively and professionally with residents, families/responsible parties, physicians, nurses, coworkers, and outside providers.</w:t>
      </w:r>
    </w:p>
    <w:p>
      <w:pPr>
        <w:pStyle w:val="ListBullet"/>
        <w:spacing w:after="20"/>
      </w:pPr>
      <w:r>
        <w:t>Successful completion of required facility orientation, health/TB screening, and applicable clinical competency validation.</w:t>
      </w:r>
    </w:p>
    <w:p>
      <w:pPr>
        <w:spacing w:before="120" w:after="60"/>
        <w:shd w:fill="D9EAF7"/>
      </w:pPr>
      <w:r>
        <w:rPr>
          <w:b/>
          <w:sz w:val="22"/>
        </w:rPr>
        <w:t>REQUIRED CLINICAL COMPETENCIES</w:t>
      </w:r>
    </w:p>
    <w:p>
      <w:pPr>
        <w:pStyle w:val="ListBullet"/>
        <w:spacing w:after="20"/>
      </w:pPr>
      <w:r>
        <w:t>Vital signs and resident observation</w:t>
      </w:r>
    </w:p>
    <w:p>
      <w:pPr>
        <w:pStyle w:val="ListBullet"/>
        <w:spacing w:after="20"/>
      </w:pPr>
      <w:r>
        <w:t>Recognition and reporting of changes in condition</w:t>
      </w:r>
    </w:p>
    <w:p>
      <w:pPr>
        <w:pStyle w:val="ListBullet"/>
        <w:spacing w:after="20"/>
      </w:pPr>
      <w:r>
        <w:t>Medication administration and medication safety</w:t>
      </w:r>
    </w:p>
    <w:p>
      <w:pPr>
        <w:pStyle w:val="ListBullet"/>
        <w:spacing w:after="20"/>
      </w:pPr>
      <w:r>
        <w:t>Controlled-medication procedures applicable to assigned duties</w:t>
      </w:r>
    </w:p>
    <w:p>
      <w:pPr>
        <w:pStyle w:val="ListBullet"/>
        <w:spacing w:after="20"/>
      </w:pPr>
      <w:r>
        <w:t>Ordered treatments within LVN scope of practice</w:t>
      </w:r>
    </w:p>
    <w:p>
      <w:pPr>
        <w:pStyle w:val="ListBullet"/>
        <w:spacing w:after="20"/>
      </w:pPr>
      <w:r>
        <w:t>Infection prevention, PPE, and hand hygiene</w:t>
      </w:r>
    </w:p>
    <w:p>
      <w:pPr>
        <w:pStyle w:val="ListBullet"/>
        <w:spacing w:after="20"/>
      </w:pPr>
      <w:r>
        <w:t>Emergency response and basic life support</w:t>
      </w:r>
    </w:p>
    <w:p>
      <w:pPr>
        <w:pStyle w:val="ListBullet"/>
        <w:spacing w:after="20"/>
      </w:pPr>
      <w:r>
        <w:t>Fall prevention and resident safety</w:t>
      </w:r>
    </w:p>
    <w:p>
      <w:pPr>
        <w:pStyle w:val="ListBullet"/>
        <w:spacing w:after="20"/>
      </w:pPr>
      <w:r>
        <w:t>Skin observation and pressure-injury prevention</w:t>
      </w:r>
    </w:p>
    <w:p>
      <w:pPr>
        <w:pStyle w:val="ListBullet"/>
        <w:spacing w:after="20"/>
      </w:pPr>
      <w:r>
        <w:t>Pain observation and reporting</w:t>
      </w:r>
    </w:p>
    <w:p>
      <w:pPr>
        <w:pStyle w:val="ListBullet"/>
        <w:spacing w:after="20"/>
      </w:pPr>
      <w:r>
        <w:t>Nutrition, hydration, and aspiration precautions</w:t>
      </w:r>
    </w:p>
    <w:p>
      <w:pPr>
        <w:pStyle w:val="ListBullet"/>
        <w:spacing w:after="20"/>
      </w:pPr>
      <w:r>
        <w:t>Enteral feeding/G-tube care when assigned</w:t>
      </w:r>
    </w:p>
    <w:p>
      <w:pPr>
        <w:pStyle w:val="ListBullet"/>
        <w:spacing w:after="20"/>
      </w:pPr>
      <w:r>
        <w:t>Oxygen and respiratory-care procedures when assigned</w:t>
      </w:r>
    </w:p>
    <w:p>
      <w:pPr>
        <w:pStyle w:val="ListBullet"/>
        <w:spacing w:after="20"/>
      </w:pPr>
      <w:r>
        <w:t>Tracheostomy-related care when assigned and permitted</w:t>
      </w:r>
    </w:p>
    <w:p>
      <w:pPr>
        <w:pStyle w:val="ListBullet"/>
        <w:spacing w:after="20"/>
      </w:pPr>
      <w:r>
        <w:t>Wound care when assigned and permitted</w:t>
      </w:r>
    </w:p>
    <w:p>
      <w:pPr>
        <w:pStyle w:val="ListBullet"/>
        <w:spacing w:after="20"/>
      </w:pPr>
      <w:r>
        <w:t>Blood glucose monitoring and diabetic care when assigned</w:t>
      </w:r>
    </w:p>
    <w:p>
      <w:pPr>
        <w:pStyle w:val="ListBullet"/>
        <w:spacing w:after="20"/>
      </w:pPr>
      <w:r>
        <w:t>Clinical documentation, incident reporting, and implementation of established care plans</w:t>
      </w:r>
    </w:p>
    <w:p>
      <w:pPr>
        <w:spacing w:before="120" w:after="60"/>
        <w:shd w:fill="D9EAF7"/>
      </w:pPr>
      <w:r>
        <w:rPr>
          <w:b/>
          <w:sz w:val="22"/>
        </w:rPr>
        <w:t>SCOPE OF PRACTICE, SUPERVISION AND REPORTING</w:t>
      </w:r>
    </w:p>
    <w:p>
      <w:pPr>
        <w:pStyle w:val="ListBullet"/>
        <w:spacing w:after="20"/>
      </w:pPr>
      <w:r>
        <w:t>Practice only within the lawful scope of vocational nursing, demonstrated competency, physician orders, and facility policy.</w:t>
      </w:r>
    </w:p>
    <w:p>
      <w:pPr>
        <w:pStyle w:val="ListBullet"/>
        <w:spacing w:after="20"/>
      </w:pPr>
      <w:r>
        <w:t>Recognize when a resident requires RN-level assessment, clinical judgment, care planning, or other intervention beyond LVN scope and promptly obtain appropriate assistance.</w:t>
      </w:r>
    </w:p>
    <w:p>
      <w:pPr>
        <w:pStyle w:val="ListBullet"/>
        <w:spacing w:after="20"/>
      </w:pPr>
      <w:r>
        <w:t>Do not independently perform duties reserved to an RN or other licensed professional.</w:t>
      </w:r>
    </w:p>
    <w:p>
      <w:pPr>
        <w:pStyle w:val="ListBullet"/>
        <w:spacing w:after="20"/>
      </w:pPr>
      <w:r>
        <w:t>Provide direction to CNAs/direct-care personnel only within applicable authority and facility policy.</w:t>
      </w:r>
    </w:p>
    <w:p>
      <w:pPr>
        <w:pStyle w:val="ListBullet"/>
        <w:spacing w:after="20"/>
      </w:pPr>
      <w:r>
        <w:t>Immediately report unsafe staffing, resident-care concerns, medication discrepancies, competency concerns, or scope-of-practice issues to the RN, DON, or Administrator.</w:t>
      </w:r>
    </w:p>
    <w:p>
      <w:pPr>
        <w:pStyle w:val="ListBullet"/>
        <w:spacing w:after="20"/>
      </w:pPr>
      <w:r>
        <w:t>Maintain appropriate communication with the supervising RN/DON regarding significant resident findings and unresolved clinical concerns.</w:t>
      </w:r>
    </w:p>
    <w:p>
      <w:pPr>
        <w:spacing w:before="120" w:after="60"/>
        <w:shd w:fill="D9EAF7"/>
      </w:pPr>
      <w:r>
        <w:rPr>
          <w:b/>
          <w:sz w:val="22"/>
        </w:rPr>
        <w:t>RESIDENT RIGHTS AND PROFESSIONAL CONDUCT</w:t>
      </w:r>
    </w:p>
    <w:p>
      <w:pPr>
        <w:pStyle w:val="ListBullet"/>
        <w:spacing w:after="20"/>
      </w:pPr>
      <w:r>
        <w:t>Treat residents with dignity, respect, privacy, compassion, and consideration.</w:t>
      </w:r>
    </w:p>
    <w:p>
      <w:pPr>
        <w:pStyle w:val="ListBullet"/>
        <w:spacing w:after="20"/>
      </w:pPr>
      <w:r>
        <w:t>Maintain confidentiality of resident health information and facility records.</w:t>
      </w:r>
    </w:p>
    <w:p>
      <w:pPr>
        <w:pStyle w:val="ListBullet"/>
        <w:spacing w:after="20"/>
      </w:pPr>
      <w:r>
        <w:t>Respect resident preferences and participation in care consistent with safety and applicable requirements.</w:t>
      </w:r>
    </w:p>
    <w:p>
      <w:pPr>
        <w:pStyle w:val="ListBullet"/>
        <w:spacing w:after="20"/>
      </w:pPr>
      <w:r>
        <w:t>Maintain professional boundaries and ethical conduct.</w:t>
      </w:r>
    </w:p>
    <w:p>
      <w:pPr>
        <w:pStyle w:val="ListBullet"/>
        <w:spacing w:after="20"/>
      </w:pPr>
      <w:r>
        <w:t>Report suspected abuse, neglect, exploitation, retaliation, discrimination, or unsafe care immediately through required channels.</w:t>
      </w:r>
    </w:p>
    <w:p>
      <w:pPr>
        <w:spacing w:before="120" w:after="60"/>
        <w:shd w:fill="D9EAF7"/>
      </w:pPr>
      <w:r>
        <w:rPr>
          <w:b/>
          <w:sz w:val="22"/>
        </w:rPr>
        <w:t>PHYSICAL / FUNCTIONAL REQUIREMENTS</w:t>
      </w:r>
    </w:p>
    <w:p>
      <w:r>
        <w:t>Must be able to perform the essential functions of the position, with or without reasonable accommodation. Duties may require prolonged standing and walking, bending, reaching, assisting with resident movement or transfers, responding promptly to emergencies, operating clinical equipment, and performing hands-on nursing care appropriate to assigned residents.</w:t>
      </w:r>
    </w:p>
    <w:p>
      <w:pPr>
        <w:spacing w:before="120" w:after="60"/>
        <w:shd w:fill="D9EAF7"/>
      </w:pPr>
      <w:r>
        <w:rPr>
          <w:b/>
          <w:sz w:val="22"/>
        </w:rPr>
        <w:t>PERFORMANCE EXPECTATIONS</w:t>
      </w:r>
    </w:p>
    <w:p>
      <w:pPr>
        <w:pStyle w:val="ListBullet"/>
        <w:spacing w:after="20"/>
      </w:pPr>
      <w:r>
        <w:t>Provides safe, timely, compassionate, and competent vocational nursing care.</w:t>
      </w:r>
    </w:p>
    <w:p>
      <w:pPr>
        <w:pStyle w:val="ListBullet"/>
        <w:spacing w:after="20"/>
      </w:pPr>
      <w:r>
        <w:t>Recognizes and promptly reports significant changes in resident condition.</w:t>
      </w:r>
    </w:p>
    <w:p>
      <w:pPr>
        <w:pStyle w:val="ListBullet"/>
        <w:spacing w:after="20"/>
      </w:pPr>
      <w:r>
        <w:t>Administers medications and treatments accurately and according to orders.</w:t>
      </w:r>
    </w:p>
    <w:p>
      <w:pPr>
        <w:pStyle w:val="ListBullet"/>
        <w:spacing w:after="20"/>
      </w:pPr>
      <w:r>
        <w:t>Maintains complete, accurate, and timely clinical documentation.</w:t>
      </w:r>
    </w:p>
    <w:p>
      <w:pPr>
        <w:pStyle w:val="ListBullet"/>
        <w:spacing w:after="20"/>
      </w:pPr>
      <w:r>
        <w:t>Communicates resident information effectively with the RN/DON and healthcare team.</w:t>
      </w:r>
    </w:p>
    <w:p>
      <w:pPr>
        <w:pStyle w:val="ListBullet"/>
        <w:spacing w:after="20"/>
      </w:pPr>
      <w:r>
        <w:t>Practices within LVN scope of practice and demonstrated competency.</w:t>
      </w:r>
    </w:p>
    <w:p>
      <w:pPr>
        <w:pStyle w:val="ListBullet"/>
        <w:spacing w:after="20"/>
      </w:pPr>
      <w:r>
        <w:t>Maintains resident confidentiality, professional conduct, and survey readiness.</w:t>
      </w:r>
    </w:p>
    <w:p>
      <w:pPr>
        <w:spacing w:before="120" w:after="60"/>
        <w:shd w:fill="D9EAF7"/>
      </w:pPr>
      <w:r>
        <w:rPr>
          <w:b/>
          <w:sz w:val="22"/>
        </w:rPr>
        <w:t>ACKNOWLEDGMENT</w:t>
      </w:r>
    </w:p>
    <w:p>
      <w:r>
        <w:t>I acknowledge that I have received, reviewed, and understand this job description. I understand the duties, responsibilities, clinical competencies, supervision requirements, and performance expectations of the Staff Licensed Vocational Nurse position and agree to perform assigned responsibilities within my professional qualifications, lawful scope of practice, applicable requirements, and facility policies and procedures.</w:t>
      </w:r>
    </w:p>
    <w:tbl>
      <w:tblPr>
        <w:tblStyle w:val="TableGrid"/>
        <w:tblW w:type="auto" w:w="0"/>
        <w:tblLook w:firstColumn="1" w:firstRow="1" w:lastColumn="0" w:lastRow="0" w:noHBand="0" w:noVBand="1" w:val="04A0"/>
      </w:tblPr>
      <w:tblGrid>
        <w:gridCol w:w="5184"/>
        <w:gridCol w:w="5184"/>
      </w:tblGrid>
      <w:tr>
        <w:tc>
          <w:tcPr>
            <w:tcW w:type="dxa" w:w="5184"/>
          </w:tcPr>
          <w:p>
            <w:r>
              <w:t>Employee Name:</w:t>
            </w:r>
          </w:p>
        </w:tc>
        <w:tc>
          <w:tcPr>
            <w:tcW w:type="dxa" w:w="5184"/>
          </w:tcPr>
          <w:p>
            <w:r>
              <w:t>________________________________________</w:t>
            </w:r>
          </w:p>
        </w:tc>
      </w:tr>
      <w:tr>
        <w:tc>
          <w:tcPr>
            <w:tcW w:type="dxa" w:w="5184"/>
          </w:tcPr>
          <w:p>
            <w:r>
              <w:t>California LVN License #:</w:t>
            </w:r>
          </w:p>
        </w:tc>
        <w:tc>
          <w:tcPr>
            <w:tcW w:type="dxa" w:w="5184"/>
          </w:tcPr>
          <w:p>
            <w:r>
              <w:t>________________________________________</w:t>
            </w:r>
          </w:p>
        </w:tc>
      </w:tr>
      <w:tr>
        <w:tc>
          <w:tcPr>
            <w:tcW w:type="dxa" w:w="5184"/>
          </w:tcPr>
          <w:p>
            <w:r>
              <w:t>License Expiration Date:</w:t>
            </w:r>
          </w:p>
        </w:tc>
        <w:tc>
          <w:tcPr>
            <w:tcW w:type="dxa" w:w="5184"/>
          </w:tcPr>
          <w:p>
            <w:r>
              <w:t>________________________________________</w:t>
            </w:r>
          </w:p>
        </w:tc>
      </w:tr>
      <w:tr>
        <w:tc>
          <w:tcPr>
            <w:tcW w:type="dxa" w:w="5184"/>
          </w:tcPr>
          <w:p>
            <w:r>
              <w:t>Employee Signature:</w:t>
            </w:r>
          </w:p>
        </w:tc>
        <w:tc>
          <w:tcPr>
            <w:tcW w:type="dxa" w:w="5184"/>
          </w:tcPr>
          <w:p>
            <w:r>
              <w:t>________________________________________</w:t>
            </w:r>
          </w:p>
        </w:tc>
      </w:tr>
      <w:tr>
        <w:tc>
          <w:tcPr>
            <w:tcW w:type="dxa" w:w="5184"/>
          </w:tcPr>
          <w:p>
            <w:r>
              <w:t>Date:</w:t>
            </w:r>
          </w:p>
        </w:tc>
        <w:tc>
          <w:tcPr>
            <w:tcW w:type="dxa" w:w="5184"/>
          </w:tcPr>
          <w:p>
            <w:r>
              <w:t>____________________</w:t>
            </w:r>
          </w:p>
        </w:tc>
      </w:tr>
    </w:tbl>
    <w:p>
      <w:pPr>
        <w:spacing w:before="100"/>
      </w:pPr>
      <w:r>
        <w:rPr>
          <w:b/>
        </w:rPr>
        <w:t xml:space="preserve">Facility Approval: </w:t>
      </w:r>
      <w:r>
        <w:t>DON/RN/Administrator Representative: ______________________________   Date: ______________</w:t>
      </w:r>
    </w:p>
    <w:sectPr w:rsidR="00FC693F" w:rsidRPr="0006063C" w:rsidSect="00034616">
      <w:footerReference w:type="default" r:id="rId9"/>
      <w:pgSz w:w="12240" w:h="15840"/>
      <w:pgMar w:top="792" w:right="936" w:bottom="792"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CLHF Staff Licensed Vocational Nurse Job Description | Personnel File</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