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4"/>
        </w:rPr>
        <w:t>STAFF CERTIFIED NURSING ASSISTANT (CNA) - JOB DESCRIPTION</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Position</w:t>
            </w:r>
          </w:p>
        </w:tc>
        <w:tc>
          <w:tcPr>
            <w:tcW w:type="dxa" w:w="5184"/>
          </w:tcPr>
          <w:p>
            <w:r>
              <w:t>Staff Certified Nursing Assistant (CNA)</w:t>
            </w:r>
          </w:p>
        </w:tc>
      </w:tr>
      <w:tr>
        <w:tc>
          <w:tcPr>
            <w:tcW w:type="dxa" w:w="5184"/>
          </w:tcPr>
          <w:p>
            <w:r>
              <w:t>Reports To</w:t>
            </w:r>
          </w:p>
        </w:tc>
        <w:tc>
          <w:tcPr>
            <w:tcW w:type="dxa" w:w="5184"/>
          </w:tcPr>
          <w:p>
            <w:r>
              <w:t>RN / LVN / Director of Nursing / Administrator</w:t>
            </w:r>
          </w:p>
        </w:tc>
      </w:tr>
      <w:tr>
        <w:tc>
          <w:tcPr>
            <w:tcW w:type="dxa" w:w="5184"/>
          </w:tcPr>
          <w:p>
            <w:r>
              <w:t>Provides Care To</w:t>
            </w:r>
          </w:p>
        </w:tc>
        <w:tc>
          <w:tcPr>
            <w:tcW w:type="dxa" w:w="5184"/>
          </w:tcPr>
          <w:p>
            <w:r>
              <w:t>Residents assigned by licensed nursing personnel</w:t>
            </w:r>
          </w:p>
        </w:tc>
      </w:tr>
      <w:tr>
        <w:tc>
          <w:tcPr>
            <w:tcW w:type="dxa" w:w="5184"/>
          </w:tcPr>
          <w:p>
            <w:r>
              <w:t>Employment Status</w:t>
            </w:r>
          </w:p>
        </w:tc>
        <w:tc>
          <w:tcPr>
            <w:tcW w:type="dxa" w:w="5184"/>
          </w:tcPr>
          <w:p>
            <w:r>
              <w:t>☐ Full-Time   ☐ Part-Time   ☐ Per Diem   ☐ Other: ________</w:t>
            </w:r>
          </w:p>
        </w:tc>
      </w:tr>
      <w:tr>
        <w:tc>
          <w:tcPr>
            <w:tcW w:type="dxa" w:w="5184"/>
          </w:tcPr>
          <w:p>
            <w:r>
              <w:t>Effective Date</w:t>
            </w:r>
          </w:p>
        </w:tc>
        <w:tc>
          <w:tcPr>
            <w:tcW w:type="dxa" w:w="5184"/>
          </w:tcPr>
          <w:p>
            <w:r>
              <w:t>____________________</w:t>
            </w:r>
          </w:p>
        </w:tc>
      </w:tr>
    </w:tbl>
    <w:p>
      <w:pPr>
        <w:spacing w:before="120" w:after="60"/>
        <w:shd w:fill="D9EAF7"/>
      </w:pPr>
      <w:r>
        <w:rPr>
          <w:b/>
          <w:sz w:val="22"/>
        </w:rPr>
        <w:t>POSITION SUMMARY</w:t>
      </w:r>
    </w:p>
    <w:p>
      <w:r>
        <w:t>The Staff Certified Nursing Assistant provides direct personal care and supportive services to residents of the Congregate Living Health Facility under the direction and supervision of licensed nursing personnel. The CNA assists residents with activities of daily living, mobility, hygiene, nutrition, comfort, safety, and other assigned care while observing and promptly reporting changes in resident condition. The CNA is expected to provide compassionate, respectful, resident-centered care within CNA certification, demonstrated competency, facility policy, and applicable requirements.</w:t>
      </w:r>
    </w:p>
    <w:p>
      <w:pPr>
        <w:spacing w:before="120" w:after="60"/>
        <w:shd w:fill="D9EAF7"/>
      </w:pPr>
      <w:r>
        <w:rPr>
          <w:b/>
          <w:sz w:val="22"/>
        </w:rPr>
        <w:t>ESSENTIAL DUTIES AND RESPONSIBILITIES</w:t>
      </w:r>
    </w:p>
    <w:p>
      <w:pPr>
        <w:pStyle w:val="ListBullet"/>
        <w:spacing w:after="20"/>
      </w:pPr>
      <w:r>
        <w:t>Provide assigned direct resident care under the supervision and direction of an RN or LVN.</w:t>
      </w:r>
    </w:p>
    <w:p>
      <w:pPr>
        <w:pStyle w:val="ListBullet"/>
        <w:spacing w:after="20"/>
      </w:pPr>
      <w:r>
        <w:t>Assist residents with activities of daily living, including bathing, grooming, oral hygiene, dressing, toileting, continence care, eating, mobility, and other personal-care needs.</w:t>
      </w:r>
    </w:p>
    <w:p>
      <w:pPr>
        <w:pStyle w:val="ListBullet"/>
        <w:spacing w:after="20"/>
      </w:pPr>
      <w:r>
        <w:t>Assist with safe transfers, repositioning, ambulation, range-of-motion activities, and use of approved mobility or transfer equipment according to the resident's plan of care and staff training.</w:t>
      </w:r>
    </w:p>
    <w:p>
      <w:pPr>
        <w:pStyle w:val="ListBullet"/>
        <w:spacing w:after="20"/>
      </w:pPr>
      <w:r>
        <w:t>Reposition residents according to the care plan and promptly report skin redness, breakdown, wounds, bruising, swelling, or other skin concerns to the licensed nurse.</w:t>
      </w:r>
    </w:p>
    <w:p>
      <w:pPr>
        <w:pStyle w:val="ListBullet"/>
        <w:spacing w:after="20"/>
      </w:pPr>
      <w:r>
        <w:t>Observe residents for changes in appearance, behavior, mental status, breathing, appetite, intake, elimination, mobility, pain, skin condition, sleep, and overall function and report significant changes promptly.</w:t>
      </w:r>
    </w:p>
    <w:p>
      <w:pPr>
        <w:pStyle w:val="ListBullet"/>
        <w:spacing w:after="20"/>
      </w:pPr>
      <w:r>
        <w:t>Obtain and document vital signs, weights, intake/output, blood glucose readings, or other measurements when assigned, trained, competency validated, and permitted.</w:t>
      </w:r>
    </w:p>
    <w:p>
      <w:pPr>
        <w:pStyle w:val="ListBullet"/>
        <w:spacing w:after="20"/>
      </w:pPr>
      <w:r>
        <w:t>Assist residents with meals and hydration, including feeding assistance and aspiration precautions consistent with the resident's care plan and assigned level of assistance.</w:t>
      </w:r>
    </w:p>
    <w:p>
      <w:pPr>
        <w:pStyle w:val="ListBullet"/>
        <w:spacing w:after="20"/>
      </w:pPr>
      <w:r>
        <w:t>Record food and fluid intake and report poor intake, swallowing difficulty, coughing during meals, vomiting, dehydration concerns, or other abnormalities promptly.</w:t>
      </w:r>
    </w:p>
    <w:p>
      <w:pPr>
        <w:pStyle w:val="ListBullet"/>
        <w:spacing w:after="20"/>
      </w:pPr>
      <w:r>
        <w:t>Provide routine toileting and incontinence care and report changes in bowel or bladder patterns, urine characteristics, diarrhea, constipation, bleeding, or other concerns.</w:t>
      </w:r>
    </w:p>
    <w:p>
      <w:pPr>
        <w:pStyle w:val="ListBullet"/>
        <w:spacing w:after="20"/>
      </w:pPr>
      <w:r>
        <w:t>Maintain resident comfort, cleanliness, positioning, bedding, clothing, and immediate care environment.</w:t>
      </w:r>
    </w:p>
    <w:p>
      <w:pPr>
        <w:pStyle w:val="ListBullet"/>
        <w:spacing w:after="20"/>
      </w:pPr>
      <w:r>
        <w:t>Answer resident calls and requests promptly and communicate unmet needs to the appropriate licensed nurse.</w:t>
      </w:r>
    </w:p>
    <w:p>
      <w:pPr>
        <w:pStyle w:val="ListBullet"/>
        <w:spacing w:after="20"/>
      </w:pPr>
      <w:r>
        <w:t>Follow individualized plans of care, safety precautions, fall-prevention measures, transfer instructions, and other resident-specific directions.</w:t>
      </w:r>
    </w:p>
    <w:p>
      <w:pPr>
        <w:pStyle w:val="ListBullet"/>
        <w:spacing w:after="20"/>
      </w:pPr>
      <w:r>
        <w:t>Use appropriate infection-prevention practices, including hand hygiene, standard precautions, transmission-based precautions when indicated, and proper use of personal protective equipment.</w:t>
      </w:r>
    </w:p>
    <w:p>
      <w:pPr>
        <w:pStyle w:val="ListBullet"/>
        <w:spacing w:after="20"/>
      </w:pPr>
      <w:r>
        <w:t>Follow facility procedures for cleaning and handling resident-care equipment assigned to CNA use.</w:t>
      </w:r>
    </w:p>
    <w:p>
      <w:pPr>
        <w:pStyle w:val="ListBullet"/>
        <w:spacing w:after="20"/>
      </w:pPr>
      <w:r>
        <w:t>Immediately report falls, injuries, acute illness, respiratory distress, altered mental status, suspected aspiration, seizures, or other urgent changes to licensed nursing personnel.</w:t>
      </w:r>
    </w:p>
    <w:p>
      <w:pPr>
        <w:pStyle w:val="ListBullet"/>
        <w:spacing w:after="20"/>
      </w:pPr>
      <w:r>
        <w:t>Initiate emergency response procedures within training and facility policy, including obtaining licensed nursing assistance and activating emergency systems as directed.</w:t>
      </w:r>
    </w:p>
    <w:p>
      <w:pPr>
        <w:pStyle w:val="ListBullet"/>
        <w:spacing w:after="20"/>
      </w:pPr>
      <w:r>
        <w:t>Participate in post-fall and incident follow-up as requested and provide accurate observations regarding the event.</w:t>
      </w:r>
    </w:p>
    <w:p>
      <w:pPr>
        <w:pStyle w:val="ListBullet"/>
        <w:spacing w:after="20"/>
      </w:pPr>
      <w:r>
        <w:t>Immediately report suspected abuse, neglect, exploitation, mistreatment, misappropriation, discrimination, retaliation, or unsafe care through required facility channels.</w:t>
      </w:r>
    </w:p>
    <w:p>
      <w:pPr>
        <w:pStyle w:val="ListBullet"/>
        <w:spacing w:after="20"/>
      </w:pPr>
      <w:r>
        <w:t>Protect resident dignity, privacy, confidentiality, personal preferences, cultural considerations, and right to respectful care.</w:t>
      </w:r>
    </w:p>
    <w:p>
      <w:pPr>
        <w:pStyle w:val="ListBullet"/>
        <w:spacing w:after="20"/>
      </w:pPr>
      <w:r>
        <w:t>Encourage resident independence and participation in care to the extent safely possible.</w:t>
      </w:r>
    </w:p>
    <w:p>
      <w:pPr>
        <w:pStyle w:val="ListBullet"/>
        <w:spacing w:after="20"/>
      </w:pPr>
      <w:r>
        <w:t>Communicate respectfully with residents, responsible parties, visitors, coworkers, and members of the healthcare team.</w:t>
      </w:r>
    </w:p>
    <w:p>
      <w:pPr>
        <w:pStyle w:val="ListBullet"/>
        <w:spacing w:after="20"/>
      </w:pPr>
      <w:r>
        <w:t>Provide accurate shift reports and communicate incomplete care, changes in condition, safety concerns, and resident needs before leaving the assigned shift.</w:t>
      </w:r>
    </w:p>
    <w:p>
      <w:pPr>
        <w:pStyle w:val="ListBullet"/>
        <w:spacing w:after="20"/>
      </w:pPr>
      <w:r>
        <w:t>Document assigned care accurately, completely, and timely on the appropriate flow sheets, electronic record, logs, or other facility documentation.</w:t>
      </w:r>
    </w:p>
    <w:p>
      <w:pPr>
        <w:pStyle w:val="ListBullet"/>
        <w:spacing w:after="20"/>
      </w:pPr>
      <w:r>
        <w:t>Maintain resident rooms and immediate care areas in a safe and orderly condition and promptly report environmental or equipment hazards.</w:t>
      </w:r>
    </w:p>
    <w:p>
      <w:pPr>
        <w:pStyle w:val="ListBullet"/>
        <w:spacing w:after="20"/>
      </w:pPr>
      <w:r>
        <w:t>Participate in required orientation, annual education, resident-specific training, infection-control education, emergency/fire drills, abuse-prevention training, and competency validation.</w:t>
      </w:r>
    </w:p>
    <w:p>
      <w:pPr>
        <w:pStyle w:val="ListBullet"/>
        <w:spacing w:after="20"/>
      </w:pPr>
      <w:r>
        <w:t>Maintain current California CNA certification and required CPR/BLS or other credentials when required by facility policy or assigned duties.</w:t>
      </w:r>
    </w:p>
    <w:p>
      <w:pPr>
        <w:pStyle w:val="ListBullet"/>
        <w:spacing w:after="20"/>
      </w:pPr>
      <w:r>
        <w:t>Participate in quality improvement and resident-safety activities as assigned.</w:t>
      </w:r>
    </w:p>
    <w:p>
      <w:pPr>
        <w:pStyle w:val="ListBullet"/>
        <w:spacing w:after="20"/>
      </w:pPr>
      <w:r>
        <w:t>Cooperate with CDPH and other authorized regulatory surveys and provide accurate information regarding assigned resident-care responsibilities.</w:t>
      </w:r>
    </w:p>
    <w:p>
      <w:pPr>
        <w:pStyle w:val="ListBullet"/>
        <w:spacing w:after="20"/>
      </w:pPr>
      <w:r>
        <w:t>Perform other CNA duties consistent with certification, training, demonstrated competency, resident needs, and facility policy.</w:t>
      </w:r>
    </w:p>
    <w:p>
      <w:pPr>
        <w:spacing w:before="120" w:after="60"/>
        <w:shd w:fill="D9EAF7"/>
      </w:pPr>
      <w:r>
        <w:rPr>
          <w:b/>
          <w:sz w:val="22"/>
        </w:rPr>
        <w:t>MINIMUM QUALIFICATIONS</w:t>
      </w:r>
    </w:p>
    <w:p>
      <w:pPr>
        <w:pStyle w:val="ListBullet"/>
        <w:spacing w:after="20"/>
      </w:pPr>
      <w:r>
        <w:t>Current California Certified Nursing Assistant certification in good standing, when required for the assigned position.</w:t>
      </w:r>
    </w:p>
    <w:p>
      <w:pPr>
        <w:pStyle w:val="ListBullet"/>
        <w:spacing w:after="20"/>
      </w:pPr>
      <w:r>
        <w:t>Successful completion of required facility orientation and resident-specific training.</w:t>
      </w:r>
    </w:p>
    <w:p>
      <w:pPr>
        <w:pStyle w:val="ListBullet"/>
        <w:spacing w:after="20"/>
      </w:pPr>
      <w:r>
        <w:t>Successful completion of required health screening and tuberculosis documentation.</w:t>
      </w:r>
    </w:p>
    <w:p>
      <w:pPr>
        <w:pStyle w:val="ListBullet"/>
        <w:spacing w:after="20"/>
      </w:pPr>
      <w:r>
        <w:t>Current CPR/BLS certification when required by facility policy or assigned duties.</w:t>
      </w:r>
    </w:p>
    <w:p>
      <w:pPr>
        <w:pStyle w:val="ListBullet"/>
        <w:spacing w:after="20"/>
      </w:pPr>
      <w:r>
        <w:t>Ability to safely perform assigned resident-care activities and use required transfer or mobility equipment after training and competency validation.</w:t>
      </w:r>
    </w:p>
    <w:p>
      <w:pPr>
        <w:pStyle w:val="ListBullet"/>
        <w:spacing w:after="20"/>
      </w:pPr>
      <w:r>
        <w:t>Ability to recognize and promptly report changes in resident condition to licensed nursing personnel.</w:t>
      </w:r>
    </w:p>
    <w:p>
      <w:pPr>
        <w:pStyle w:val="ListBullet"/>
        <w:spacing w:after="20"/>
      </w:pPr>
      <w:r>
        <w:t>Ability to communicate effectively and respectfully with residents, families/responsible parties, and healthcare staff.</w:t>
      </w:r>
    </w:p>
    <w:p>
      <w:pPr>
        <w:spacing w:before="120" w:after="60"/>
        <w:shd w:fill="D9EAF7"/>
      </w:pPr>
      <w:r>
        <w:rPr>
          <w:b/>
          <w:sz w:val="22"/>
        </w:rPr>
        <w:t>REQUIRED COMPETENCIES</w:t>
      </w:r>
    </w:p>
    <w:p>
      <w:pPr>
        <w:pStyle w:val="ListBullet"/>
        <w:spacing w:after="20"/>
      </w:pPr>
      <w:r>
        <w:t>Activities of daily living and personal care</w:t>
      </w:r>
    </w:p>
    <w:p>
      <w:pPr>
        <w:pStyle w:val="ListBullet"/>
        <w:spacing w:after="20"/>
      </w:pPr>
      <w:r>
        <w:t>Hand hygiene, PPE, and infection prevention</w:t>
      </w:r>
    </w:p>
    <w:p>
      <w:pPr>
        <w:pStyle w:val="ListBullet"/>
        <w:spacing w:after="20"/>
      </w:pPr>
      <w:r>
        <w:t>Resident identification and safety</w:t>
      </w:r>
    </w:p>
    <w:p>
      <w:pPr>
        <w:pStyle w:val="ListBullet"/>
        <w:spacing w:after="20"/>
      </w:pPr>
      <w:r>
        <w:t>Fall prevention and safe transfers</w:t>
      </w:r>
    </w:p>
    <w:p>
      <w:pPr>
        <w:pStyle w:val="ListBullet"/>
        <w:spacing w:after="20"/>
      </w:pPr>
      <w:r>
        <w:t>Positioning and pressure-injury prevention</w:t>
      </w:r>
    </w:p>
    <w:p>
      <w:pPr>
        <w:pStyle w:val="ListBullet"/>
        <w:spacing w:after="20"/>
      </w:pPr>
      <w:r>
        <w:t>Vital signs and other assigned measurements</w:t>
      </w:r>
    </w:p>
    <w:p>
      <w:pPr>
        <w:pStyle w:val="ListBullet"/>
        <w:spacing w:after="20"/>
      </w:pPr>
      <w:r>
        <w:t>Nutrition, hydration, and feeding assistance</w:t>
      </w:r>
    </w:p>
    <w:p>
      <w:pPr>
        <w:pStyle w:val="ListBullet"/>
        <w:spacing w:after="20"/>
      </w:pPr>
      <w:r>
        <w:t>Aspiration precautions appropriate to assigned residents</w:t>
      </w:r>
    </w:p>
    <w:p>
      <w:pPr>
        <w:pStyle w:val="ListBullet"/>
        <w:spacing w:after="20"/>
      </w:pPr>
      <w:r>
        <w:t>Toileting and continence care</w:t>
      </w:r>
    </w:p>
    <w:p>
      <w:pPr>
        <w:pStyle w:val="ListBullet"/>
        <w:spacing w:after="20"/>
      </w:pPr>
      <w:r>
        <w:t>Observation and reporting of changes in condition</w:t>
      </w:r>
    </w:p>
    <w:p>
      <w:pPr>
        <w:pStyle w:val="ListBullet"/>
        <w:spacing w:after="20"/>
      </w:pPr>
      <w:r>
        <w:t>Emergency response and CPR/BLS when required</w:t>
      </w:r>
    </w:p>
    <w:p>
      <w:pPr>
        <w:pStyle w:val="ListBullet"/>
        <w:spacing w:after="20"/>
      </w:pPr>
      <w:r>
        <w:t>Resident rights, privacy, dignity, and confidentiality</w:t>
      </w:r>
    </w:p>
    <w:p>
      <w:pPr>
        <w:pStyle w:val="ListBullet"/>
        <w:spacing w:after="20"/>
      </w:pPr>
      <w:r>
        <w:t>Abuse, neglect, exploitation, and incident reporting</w:t>
      </w:r>
    </w:p>
    <w:p>
      <w:pPr>
        <w:pStyle w:val="ListBullet"/>
        <w:spacing w:after="20"/>
      </w:pPr>
      <w:r>
        <w:t>Accurate CNA documentation and shift communication</w:t>
      </w:r>
    </w:p>
    <w:p>
      <w:pPr>
        <w:pStyle w:val="ListBullet"/>
        <w:spacing w:after="20"/>
      </w:pPr>
      <w:r>
        <w:t>Use and care of resident equipment assigned to CNA duties</w:t>
      </w:r>
    </w:p>
    <w:p>
      <w:pPr>
        <w:spacing w:before="120" w:after="60"/>
        <w:shd w:fill="D9EAF7"/>
      </w:pPr>
      <w:r>
        <w:rPr>
          <w:b/>
          <w:sz w:val="22"/>
        </w:rPr>
        <w:t>SCOPE OF DUTIES AND LIMITATIONS</w:t>
      </w:r>
    </w:p>
    <w:p>
      <w:pPr>
        <w:pStyle w:val="ListBullet"/>
        <w:spacing w:after="20"/>
      </w:pPr>
      <w:r>
        <w:t>Perform only those duties permitted for a CNA and for which the employee has been trained, assigned, and competency validated.</w:t>
      </w:r>
    </w:p>
    <w:p>
      <w:pPr>
        <w:pStyle w:val="ListBullet"/>
        <w:spacing w:after="20"/>
      </w:pPr>
      <w:r>
        <w:t>Follow the direction of licensed nursing personnel and immediately seek assistance when a resident's condition or care need exceeds CNA training or authority.</w:t>
      </w:r>
    </w:p>
    <w:p>
      <w:pPr>
        <w:pStyle w:val="ListBullet"/>
        <w:spacing w:after="20"/>
      </w:pPr>
      <w:r>
        <w:t>Do not independently assess, diagnose, develop nursing care plans, change physician orders, administer medications, or perform nursing functions reserved to licensed personnel.</w:t>
      </w:r>
    </w:p>
    <w:p>
      <w:pPr>
        <w:pStyle w:val="ListBullet"/>
        <w:spacing w:after="20"/>
      </w:pPr>
      <w:r>
        <w:t>Do not perform a clinical procedure simply because another staff member requests it if the procedure is outside the CNA's permitted role or demonstrated competency.</w:t>
      </w:r>
    </w:p>
    <w:p>
      <w:pPr>
        <w:pStyle w:val="ListBullet"/>
        <w:spacing w:after="20"/>
      </w:pPr>
      <w:r>
        <w:t>Immediately report unsafe assignments, missing care, resident deterioration, staffing concerns, equipment problems, or other conditions that may jeopardize resident safety.</w:t>
      </w:r>
    </w:p>
    <w:p>
      <w:pPr>
        <w:spacing w:before="120" w:after="60"/>
        <w:shd w:fill="D9EAF7"/>
      </w:pPr>
      <w:r>
        <w:rPr>
          <w:b/>
          <w:sz w:val="22"/>
        </w:rPr>
        <w:t>CLHF STAFFING AND ASSIGNMENT EXPECTATIONS</w:t>
      </w:r>
    </w:p>
    <w:p>
      <w:pPr>
        <w:pStyle w:val="ListBullet"/>
        <w:spacing w:after="20"/>
      </w:pPr>
      <w:r>
        <w:t>Remain awake and on duty for the entire assigned shift when serving as required awake direct-care staffing.</w:t>
      </w:r>
    </w:p>
    <w:p>
      <w:pPr>
        <w:pStyle w:val="ListBullet"/>
        <w:spacing w:after="20"/>
      </w:pPr>
      <w:r>
        <w:t>Remain available to meet resident care and safety needs throughout the shift except during authorized breaks or relief.</w:t>
      </w:r>
    </w:p>
    <w:p>
      <w:pPr>
        <w:pStyle w:val="ListBullet"/>
        <w:spacing w:after="20"/>
      </w:pPr>
      <w:r>
        <w:t>Do not leave the facility or assigned residents without appropriate relief and notification to the supervising nurse.</w:t>
      </w:r>
    </w:p>
    <w:p>
      <w:pPr>
        <w:pStyle w:val="ListBullet"/>
        <w:spacing w:after="20"/>
      </w:pPr>
      <w:r>
        <w:t>Perform nursing-assistant/direct-care duties as assigned; nursing services personnel should not be scheduled or counted as the facility's housekeeping or dietary staff where prohibited by applicable CLHF requirements.</w:t>
      </w:r>
    </w:p>
    <w:p>
      <w:pPr>
        <w:pStyle w:val="ListBullet"/>
        <w:spacing w:after="20"/>
      </w:pPr>
      <w:r>
        <w:t>Promptly notify the supervising nurse of any circumstance that prevents completion of assigned resident care.</w:t>
      </w:r>
    </w:p>
    <w:p>
      <w:pPr>
        <w:spacing w:before="120" w:after="60"/>
        <w:shd w:fill="D9EAF7"/>
      </w:pPr>
      <w:r>
        <w:rPr>
          <w:b/>
          <w:sz w:val="22"/>
        </w:rPr>
        <w:t>RESIDENT RIGHTS AND PROFESSIONAL CONDUCT</w:t>
      </w:r>
    </w:p>
    <w:p>
      <w:pPr>
        <w:pStyle w:val="ListBullet"/>
        <w:spacing w:after="20"/>
      </w:pPr>
      <w:r>
        <w:t>Treat every resident with dignity, compassion, patience, respect, and privacy.</w:t>
      </w:r>
    </w:p>
    <w:p>
      <w:pPr>
        <w:pStyle w:val="ListBullet"/>
        <w:spacing w:after="20"/>
      </w:pPr>
      <w:r>
        <w:t>Knock before entering resident rooms and provide appropriate privacy during personal care.</w:t>
      </w:r>
    </w:p>
    <w:p>
      <w:pPr>
        <w:pStyle w:val="ListBullet"/>
        <w:spacing w:after="20"/>
      </w:pPr>
      <w:r>
        <w:t>Respect resident preferences, choices, possessions, and personal routines consistent with safety and the plan of care.</w:t>
      </w:r>
    </w:p>
    <w:p>
      <w:pPr>
        <w:pStyle w:val="ListBullet"/>
        <w:spacing w:after="20"/>
      </w:pPr>
      <w:r>
        <w:t>Maintain confidentiality of resident information and discuss resident care only with authorized persons.</w:t>
      </w:r>
    </w:p>
    <w:p>
      <w:pPr>
        <w:pStyle w:val="ListBullet"/>
        <w:spacing w:after="20"/>
      </w:pPr>
      <w:r>
        <w:t>Never use physical, verbal, emotional, sexual, or financial abuse, neglect, intimidation, humiliation, retaliation, or inappropriate restraint.</w:t>
      </w:r>
    </w:p>
    <w:p>
      <w:pPr>
        <w:pStyle w:val="ListBullet"/>
        <w:spacing w:after="20"/>
      </w:pPr>
      <w:r>
        <w:t>Maintain professional boundaries and immediately report concerns involving resident safety or rights.</w:t>
      </w:r>
    </w:p>
    <w:p>
      <w:pPr>
        <w:spacing w:before="120" w:after="60"/>
        <w:shd w:fill="D9EAF7"/>
      </w:pPr>
      <w:r>
        <w:rPr>
          <w:b/>
          <w:sz w:val="22"/>
        </w:rPr>
        <w:t>PHYSICAL / FUNCTIONAL REQUIREMENTS</w:t>
      </w:r>
    </w:p>
    <w:p>
      <w:r>
        <w:t>Must be able to perform the essential functions of the position, with or without reasonable accommodation. Duties may include prolonged standing and walking; bending, reaching, pushing, pulling, and assisting with resident movement; use of transfer devices; responding promptly to emergencies; and providing hands-on personal care consistent with assigned residents and safe work practices.</w:t>
      </w:r>
    </w:p>
    <w:p>
      <w:pPr>
        <w:spacing w:before="120" w:after="60"/>
        <w:shd w:fill="D9EAF7"/>
      </w:pPr>
      <w:r>
        <w:rPr>
          <w:b/>
          <w:sz w:val="22"/>
        </w:rPr>
        <w:t>PERFORMANCE EXPECTATIONS</w:t>
      </w:r>
    </w:p>
    <w:p>
      <w:pPr>
        <w:pStyle w:val="ListBullet"/>
        <w:spacing w:after="20"/>
      </w:pPr>
      <w:r>
        <w:t>Provides safe, compassionate, timely, and respectful resident care.</w:t>
      </w:r>
    </w:p>
    <w:p>
      <w:pPr>
        <w:pStyle w:val="ListBullet"/>
        <w:spacing w:after="20"/>
      </w:pPr>
      <w:r>
        <w:t>Completes assigned care and documentation before the end of the shift or promptly reports incomplete care.</w:t>
      </w:r>
    </w:p>
    <w:p>
      <w:pPr>
        <w:pStyle w:val="ListBullet"/>
        <w:spacing w:after="20"/>
      </w:pPr>
      <w:r>
        <w:t>Recognizes and reports changes in resident condition without delay.</w:t>
      </w:r>
    </w:p>
    <w:p>
      <w:pPr>
        <w:pStyle w:val="ListBullet"/>
        <w:spacing w:after="20"/>
      </w:pPr>
      <w:r>
        <w:t>Follows infection-control and resident-safety procedures consistently.</w:t>
      </w:r>
    </w:p>
    <w:p>
      <w:pPr>
        <w:pStyle w:val="ListBullet"/>
        <w:spacing w:after="20"/>
      </w:pPr>
      <w:r>
        <w:t>Maintains resident dignity, privacy, confidentiality, and rights.</w:t>
      </w:r>
    </w:p>
    <w:p>
      <w:pPr>
        <w:pStyle w:val="ListBullet"/>
        <w:spacing w:after="20"/>
      </w:pPr>
      <w:r>
        <w:t>Works within CNA role, training, and demonstrated competency.</w:t>
      </w:r>
    </w:p>
    <w:p>
      <w:pPr>
        <w:pStyle w:val="ListBullet"/>
        <w:spacing w:after="20"/>
      </w:pPr>
      <w:r>
        <w:t>Maintains reliable attendance, professional conduct, teamwork, and survey readiness.</w:t>
      </w:r>
    </w:p>
    <w:p>
      <w:pPr>
        <w:spacing w:before="120" w:after="60"/>
        <w:shd w:fill="D9EAF7"/>
      </w:pPr>
      <w:r>
        <w:rPr>
          <w:b/>
          <w:sz w:val="22"/>
        </w:rPr>
        <w:t>ACKNOWLEDGMENT</w:t>
      </w:r>
    </w:p>
    <w:p>
      <w:r>
        <w:t>I acknowledge that I have received, reviewed, and understand this job description. I understand the duties, limitations, required competencies, supervision requirements, and performance expectations of the Staff Certified Nursing Assistant position and agree to perform assigned responsibilities within my certification, training, demonstrated competency, applicable requirements, and facility policies and procedures.</w:t>
      </w:r>
    </w:p>
    <w:tbl>
      <w:tblPr>
        <w:tblStyle w:val="TableGrid"/>
        <w:tblW w:type="auto" w:w="0"/>
        <w:tblLook w:firstColumn="1" w:firstRow="1" w:lastColumn="0" w:lastRow="0" w:noHBand="0" w:noVBand="1" w:val="04A0"/>
      </w:tblPr>
      <w:tblGrid>
        <w:gridCol w:w="5184"/>
        <w:gridCol w:w="5184"/>
      </w:tblGrid>
      <w:tr>
        <w:tc>
          <w:tcPr>
            <w:tcW w:type="dxa" w:w="5184"/>
          </w:tcPr>
          <w:p>
            <w:r>
              <w:t>Employee Name:</w:t>
            </w:r>
          </w:p>
        </w:tc>
        <w:tc>
          <w:tcPr>
            <w:tcW w:type="dxa" w:w="5184"/>
          </w:tcPr>
          <w:p>
            <w:r>
              <w:t>________________________________________</w:t>
            </w:r>
          </w:p>
        </w:tc>
      </w:tr>
      <w:tr>
        <w:tc>
          <w:tcPr>
            <w:tcW w:type="dxa" w:w="5184"/>
          </w:tcPr>
          <w:p>
            <w:r>
              <w:t>California CNA Certificate #:</w:t>
            </w:r>
          </w:p>
        </w:tc>
        <w:tc>
          <w:tcPr>
            <w:tcW w:type="dxa" w:w="5184"/>
          </w:tcPr>
          <w:p>
            <w:r>
              <w:t>________________________________________</w:t>
            </w:r>
          </w:p>
        </w:tc>
      </w:tr>
      <w:tr>
        <w:tc>
          <w:tcPr>
            <w:tcW w:type="dxa" w:w="5184"/>
          </w:tcPr>
          <w:p>
            <w:r>
              <w:t>Certificate Expiration Date:</w:t>
            </w:r>
          </w:p>
        </w:tc>
        <w:tc>
          <w:tcPr>
            <w:tcW w:type="dxa" w:w="5184"/>
          </w:tcPr>
          <w:p>
            <w:r>
              <w:t>________________________________________</w:t>
            </w:r>
          </w:p>
        </w:tc>
      </w:tr>
      <w:tr>
        <w:tc>
          <w:tcPr>
            <w:tcW w:type="dxa" w:w="5184"/>
          </w:tcPr>
          <w:p>
            <w:r>
              <w:t>Employee Signature:</w:t>
            </w:r>
          </w:p>
        </w:tc>
        <w:tc>
          <w:tcPr>
            <w:tcW w:type="dxa" w:w="5184"/>
          </w:tcPr>
          <w:p>
            <w:r>
              <w:t>________________________________________</w:t>
            </w:r>
          </w:p>
        </w:tc>
      </w:tr>
      <w:tr>
        <w:tc>
          <w:tcPr>
            <w:tcW w:type="dxa" w:w="5184"/>
          </w:tcPr>
          <w:p>
            <w:r>
              <w:t>Date:</w:t>
            </w:r>
          </w:p>
        </w:tc>
        <w:tc>
          <w:tcPr>
            <w:tcW w:type="dxa" w:w="5184"/>
          </w:tcPr>
          <w:p>
            <w:r>
              <w:t>____________________</w:t>
            </w:r>
          </w:p>
        </w:tc>
      </w:tr>
    </w:tbl>
    <w:p>
      <w:pPr>
        <w:spacing w:before="100"/>
      </w:pPr>
      <w:r>
        <w:rPr>
          <w:b/>
        </w:rPr>
        <w:t xml:space="preserve">Facility Approval: </w:t>
      </w:r>
      <w:r>
        <w:t>RN/LVN/DON/Administrator Representative: ______________________________   Date: 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Staff Certified Nursing Assistant Job Description | Personnel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