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sz w:val="24"/>
        </w:rPr>
        <w:t>CONGREGATE LIVING HEALTH FACILITY (CLHF)</w:t>
      </w:r>
    </w:p>
    <w:p>
      <w:pPr>
        <w:spacing w:after="20"/>
        <w:jc w:val="center"/>
      </w:pPr>
      <w:r>
        <w:rPr>
          <w:b/>
          <w:sz w:val="32"/>
        </w:rPr>
        <w:t>EMPLOYEE HEALTH SCREENING &amp; TUBERCULOSIS DOCUMENTATION</w:t>
      </w:r>
    </w:p>
    <w:p>
      <w:pPr>
        <w:jc w:val="center"/>
      </w:pPr>
      <w:r>
        <w:rPr>
          <w:sz w:val="18"/>
        </w:rPr>
        <w:t>Facility Name: ________________________________________________</w:t>
      </w:r>
    </w:p>
    <w:p>
      <w:pPr>
        <w:spacing w:before="100" w:after="40"/>
        <w:shd w:fill="D9EAF7"/>
      </w:pPr>
      <w:r>
        <w:rPr>
          <w:b/>
          <w:sz w:val="21"/>
        </w:rPr>
        <w:t>1. EMPLOYEE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Employee Name:</w:t>
            </w:r>
          </w:p>
        </w:tc>
        <w:tc>
          <w:tcPr>
            <w:tcW w:type="dxa" w:w="532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Date of Birth:</w:t>
            </w:r>
          </w:p>
        </w:tc>
      </w:tr>
      <w:tr>
        <w:tc>
          <w:tcPr>
            <w:tcW w:type="dxa" w:w="532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Job Title / Department:</w:t>
            </w:r>
          </w:p>
        </w:tc>
        <w:tc>
          <w:tcPr>
            <w:tcW w:type="dxa" w:w="532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Date of Hire:</w:t>
            </w:r>
          </w:p>
        </w:tc>
      </w:tr>
      <w:tr>
        <w:tc>
          <w:tcPr>
            <w:tcW w:type="dxa" w:w="532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Phone:</w:t>
            </w:r>
          </w:p>
        </w:tc>
        <w:tc>
          <w:tcPr>
            <w:tcW w:type="dxa" w:w="532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Employee ID (if applicable):</w:t>
            </w:r>
          </w:p>
        </w:tc>
      </w:tr>
    </w:tbl>
    <w:p>
      <w:pPr>
        <w:spacing w:before="100" w:after="40"/>
        <w:shd w:fill="D9EAF7"/>
      </w:pPr>
      <w:r>
        <w:rPr>
          <w:b/>
          <w:sz w:val="21"/>
        </w:rPr>
        <w:t>2. PRE-EMPLOYMENT HEALTH SCREENING</w:t>
      </w:r>
    </w:p>
    <w:p>
      <w:pPr>
        <w:spacing w:after="40"/>
      </w:pPr>
      <w:r>
        <w:t>To be completed in accordance with facility policy and applicable law. The purpose is to document whether the employee can safely perform assigned duties and whether follow-up or work restrictions are indicated.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Health Screening Item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Yes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No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Comments / Follow-Up</w:t>
            </w:r>
          </w:p>
        </w:tc>
      </w:tr>
      <w:tr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Any current signs or symptoms of a communicable illness that could affect resident or staff safety?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</w:tr>
      <w:tr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Any current work restriction recommended by a healthcare provider?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</w:tr>
      <w:tr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Any condition requiring accommodation to safely perform essential job functions?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</w:tr>
      <w:tr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Employee referred for additional medical evaluation, if indicated?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</w:tr>
    </w:tbl>
    <w:p>
      <w:pPr>
        <w:spacing w:after="40"/>
      </w:pPr>
      <w:r>
        <w:t>Employee statement: I understand my responsibility to promptly report symptoms of communicable illness, exposure concerns, or a change in health status that may affect my ability to safely perform assigned duties, consistent with facility policy.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Employee Signature:</w:t>
            </w:r>
          </w:p>
        </w:tc>
        <w:tc>
          <w:tcPr>
            <w:tcW w:type="dxa" w:w="532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Date:</w:t>
            </w:r>
          </w:p>
        </w:tc>
      </w:tr>
    </w:tbl>
    <w:p>
      <w:pPr>
        <w:spacing w:before="100" w:after="40"/>
        <w:shd w:fill="D9EAF7"/>
      </w:pPr>
      <w:r>
        <w:rPr>
          <w:b/>
          <w:sz w:val="21"/>
        </w:rPr>
        <w:t>3. TUBERCULOSIS (TB) RISK / SYMPTOM SCREENING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TB Screening Question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Yes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No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Comments</w:t>
            </w:r>
          </w:p>
        </w:tc>
      </w:tr>
      <w:tr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Have you had close contact with a person known or suspected to have active TB disease?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</w:tr>
      <w:tr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Have you lived, worked, traveled, or volunteered in a setting or area associated with increased TB exposure risk?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</w:tr>
      <w:tr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Have you ever had a positive TB skin test (TST/PPD) or TB blood test (IGRA)?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</w:tr>
      <w:tr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Have you ever been diagnosed with or treated for latent TB infection or active TB disease?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</w:tr>
      <w:tr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Are you currently experiencing persistent cough, coughing up blood, unexplained fever, night sweats, unexplained weight loss, fatigue, or other symptoms concerning for TB?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</w:tr>
    </w:tbl>
    <w:p>
      <w:pPr>
        <w:spacing w:before="100" w:after="40"/>
        <w:shd w:fill="D9EAF7"/>
      </w:pPr>
      <w:r>
        <w:rPr>
          <w:b/>
          <w:sz w:val="21"/>
        </w:rPr>
        <w:t>4. TB TESTING DOCUMENTATION</w:t>
      </w:r>
    </w:p>
    <w:p>
      <w:pPr>
        <w:spacing w:after="40"/>
      </w:pPr>
      <w:r>
        <w:t>Document the method used. If the employee has a documented prior positive TB test, do not repeat testing unless clinically indicated; document symptom evaluation and other required medical follow-up.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31"/>
        <w:gridCol w:w="2131"/>
        <w:gridCol w:w="2131"/>
        <w:gridCol w:w="2131"/>
        <w:gridCol w:w="2131"/>
      </w:tblGrid>
      <w:tr>
        <w:tc>
          <w:tcPr>
            <w:tcW w:type="dxa" w:w="213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EAF2F8"/>
          </w:tcPr>
          <w:p>
            <w:r>
              <w:t>Testing Method</w:t>
            </w:r>
          </w:p>
        </w:tc>
        <w:tc>
          <w:tcPr>
            <w:tcW w:type="dxa" w:w="213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EAF2F8"/>
          </w:tcPr>
          <w:p>
            <w:r>
              <w:t>Date Placed / Drawn</w:t>
            </w:r>
          </w:p>
        </w:tc>
        <w:tc>
          <w:tcPr>
            <w:tcW w:type="dxa" w:w="213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EAF2F8"/>
          </w:tcPr>
          <w:p>
            <w:r>
              <w:t>Date Read / Resulted</w:t>
            </w:r>
          </w:p>
        </w:tc>
        <w:tc>
          <w:tcPr>
            <w:tcW w:type="dxa" w:w="213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EAF2F8"/>
          </w:tcPr>
          <w:p>
            <w:r>
              <w:t>Result</w:t>
            </w:r>
          </w:p>
        </w:tc>
        <w:tc>
          <w:tcPr>
            <w:tcW w:type="dxa" w:w="213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EAF2F8"/>
          </w:tcPr>
          <w:p>
            <w:r>
              <w:t>Provider / Laboratory</w:t>
            </w:r>
          </w:p>
        </w:tc>
      </w:tr>
      <w:tr>
        <w:tc>
          <w:tcPr>
            <w:tcW w:type="dxa" w:w="213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☐ IGRA blood test (e.g., QuantiFERON / T-SPOT)</w:t>
            </w:r>
          </w:p>
        </w:tc>
        <w:tc>
          <w:tcPr>
            <w:tcW w:type="dxa" w:w="213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  <w:tc>
          <w:tcPr>
            <w:tcW w:type="dxa" w:w="213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  <w:tc>
          <w:tcPr>
            <w:tcW w:type="dxa" w:w="213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☐ Negative  ☐ Positive  ☐ Indeterminate</w:t>
            </w:r>
          </w:p>
        </w:tc>
        <w:tc>
          <w:tcPr>
            <w:tcW w:type="dxa" w:w="213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</w:tr>
      <w:tr>
        <w:tc>
          <w:tcPr>
            <w:tcW w:type="dxa" w:w="213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☐ TST / PPD - Step 1</w:t>
            </w:r>
          </w:p>
        </w:tc>
        <w:tc>
          <w:tcPr>
            <w:tcW w:type="dxa" w:w="213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  <w:tc>
          <w:tcPr>
            <w:tcW w:type="dxa" w:w="213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  <w:tc>
          <w:tcPr>
            <w:tcW w:type="dxa" w:w="213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_____ mm   ☐ Negative  ☐ Positive</w:t>
            </w:r>
          </w:p>
        </w:tc>
        <w:tc>
          <w:tcPr>
            <w:tcW w:type="dxa" w:w="213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</w:tr>
      <w:tr>
        <w:tc>
          <w:tcPr>
            <w:tcW w:type="dxa" w:w="213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☐ TST / PPD - Step 2, if required</w:t>
            </w:r>
          </w:p>
        </w:tc>
        <w:tc>
          <w:tcPr>
            <w:tcW w:type="dxa" w:w="213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  <w:tc>
          <w:tcPr>
            <w:tcW w:type="dxa" w:w="213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  <w:tc>
          <w:tcPr>
            <w:tcW w:type="dxa" w:w="213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_____ mm   ☐ Negative  ☐ Positive</w:t>
            </w:r>
          </w:p>
        </w:tc>
        <w:tc>
          <w:tcPr>
            <w:tcW w:type="dxa" w:w="2131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</w:tr>
    </w:tbl>
    <w:p>
      <w:pPr>
        <w:spacing w:before="100" w:after="40"/>
        <w:shd w:fill="D9EAF7"/>
      </w:pPr>
      <w:r>
        <w:rPr>
          <w:b/>
          <w:sz w:val="21"/>
        </w:rPr>
        <w:t>5. PRIOR POSITIVE TB TEST / FOLLOW-UP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☐ Not Applicable - No prior positive TB test</w:t>
            </w:r>
          </w:p>
        </w:tc>
      </w:tr>
      <w:tr>
        <w:tc>
          <w:tcPr>
            <w:tcW w:type="dxa" w:w="1065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Prior positive test date (if known): ____________________   Type: ☐ TST/PPD  ☐ IGRA  ☐ Unknown</w:t>
            </w:r>
          </w:p>
        </w:tc>
      </w:tr>
      <w:tr>
        <w:tc>
          <w:tcPr>
            <w:tcW w:type="dxa" w:w="1065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TB symptom screen completed: ☐ Yes  ☐ No     Symptoms present: ☐ Yes  ☐ No</w:t>
            </w:r>
          </w:p>
        </w:tc>
      </w:tr>
      <w:tr>
        <w:tc>
          <w:tcPr>
            <w:tcW w:type="dxa" w:w="1065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Chest X-ray performed/reviewed when clinically or administratively required: ☐ Yes  ☐ No  ☐ N/A     Date: ______________</w:t>
            </w:r>
          </w:p>
        </w:tc>
      </w:tr>
      <w:tr>
        <w:tc>
          <w:tcPr>
            <w:tcW w:type="dxa" w:w="1065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Chest X-ray result / medical disposition: __________________________________________________________________________________</w:t>
            </w:r>
          </w:p>
        </w:tc>
      </w:tr>
      <w:tr>
        <w:tc>
          <w:tcPr>
            <w:tcW w:type="dxa" w:w="1065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History of latent TB treatment: ☐ Yes  ☐ No  ☐ Unknown     Treatment dates / regimen if known: __________________________________</w:t>
            </w:r>
          </w:p>
        </w:tc>
      </w:tr>
      <w:tr>
        <w:tc>
          <w:tcPr>
            <w:tcW w:type="dxa" w:w="1065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Referred for medical evaluation / public health follow-up: ☐ Yes  ☐ No  ☐ N/A</w:t>
            </w:r>
          </w:p>
        </w:tc>
      </w:tr>
    </w:tbl>
    <w:p>
      <w:pPr>
        <w:spacing w:before="100" w:after="40"/>
        <w:shd w:fill="D9EAF7"/>
      </w:pPr>
      <w:r>
        <w:rPr>
          <w:b/>
          <w:sz w:val="21"/>
        </w:rPr>
        <w:t>6. HEALTHCARE PROVIDER CLEARANCE</w:t>
      </w:r>
    </w:p>
    <w:p>
      <w:pPr>
        <w:spacing w:after="40"/>
      </w:pPr>
      <w:r>
        <w:t>To be completed by an authorized healthcare provider when provider evaluation/clearance is required by facility policy or applicable requirements.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Employee / Applicant Name:</w:t>
            </w:r>
          </w:p>
        </w:tc>
        <w:tc>
          <w:tcPr>
            <w:tcW w:type="dxa" w:w="532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Date Evaluated:</w:t>
            </w:r>
          </w:p>
        </w:tc>
      </w:tr>
      <w:tr>
        <w:tc>
          <w:tcPr>
            <w:tcW w:type="dxa" w:w="532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Based on the evaluation and information available, the individual is:</w:t>
            </w:r>
          </w:p>
        </w:tc>
        <w:tc>
          <w:tcPr>
            <w:tcW w:type="dxa" w:w="532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☐ Cleared for assigned duties</w:t>
              <w:br/>
              <w:t>☐ Cleared with restrictions</w:t>
              <w:br/>
              <w:t>☐ Not cleared pending further evaluation</w:t>
            </w:r>
          </w:p>
        </w:tc>
      </w:tr>
      <w:tr>
        <w:tc>
          <w:tcPr>
            <w:tcW w:type="dxa" w:w="532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Restrictions / recommendations / follow-up (do not include unnecessary diagnostic details):</w:t>
            </w:r>
          </w:p>
        </w:tc>
        <w:tc>
          <w:tcPr>
            <w:tcW w:type="dxa" w:w="532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</w:tr>
      <w:tr>
        <w:tc>
          <w:tcPr>
            <w:tcW w:type="dxa" w:w="532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TB status / disposition:</w:t>
            </w:r>
          </w:p>
        </w:tc>
        <w:tc>
          <w:tcPr>
            <w:tcW w:type="dxa" w:w="532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☐ No evidence of active TB identified</w:t>
              <w:br/>
              <w:t>☐ Further evaluation required</w:t>
              <w:br/>
              <w:t>☐ Other: ______________________________</w:t>
            </w:r>
          </w:p>
        </w:tc>
      </w:tr>
      <w:tr>
        <w:tc>
          <w:tcPr>
            <w:tcW w:type="dxa" w:w="532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Healthcare Provider Name / Title:</w:t>
            </w:r>
          </w:p>
        </w:tc>
        <w:tc>
          <w:tcPr>
            <w:tcW w:type="dxa" w:w="532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License # (if applicable):</w:t>
            </w:r>
          </w:p>
        </w:tc>
      </w:tr>
      <w:tr>
        <w:tc>
          <w:tcPr>
            <w:tcW w:type="dxa" w:w="532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Provider Signature:</w:t>
            </w:r>
          </w:p>
        </w:tc>
        <w:tc>
          <w:tcPr>
            <w:tcW w:type="dxa" w:w="532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Date:</w:t>
            </w:r>
          </w:p>
        </w:tc>
      </w:tr>
      <w:tr>
        <w:tc>
          <w:tcPr>
            <w:tcW w:type="dxa" w:w="532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Provider Office / Phone:</w:t>
            </w:r>
          </w:p>
        </w:tc>
        <w:tc>
          <w:tcPr>
            <w:tcW w:type="dxa" w:w="5328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</w:tr>
    </w:tbl>
    <w:p>
      <w:pPr>
        <w:spacing w:before="100" w:after="40"/>
        <w:shd w:fill="D9EAF7"/>
      </w:pPr>
      <w:r>
        <w:rPr>
          <w:b/>
          <w:sz w:val="21"/>
        </w:rPr>
        <w:t>7. FACILITY HR / INFECTION PREVENTION REVIEW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EAF2F8"/>
          </w:tcPr>
          <w:p>
            <w:r>
              <w:t>Required Item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EAF2F8"/>
          </w:tcPr>
          <w:p>
            <w:r>
              <w:t>Complete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EAF2F8"/>
          </w:tcPr>
          <w:p>
            <w:r>
              <w:t>Date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EAF2F8"/>
          </w:tcPr>
          <w:p>
            <w:r>
              <w:t>Reviewer / Notes</w:t>
            </w:r>
          </w:p>
        </w:tc>
      </w:tr>
      <w:tr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Health screening reviewed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</w:tr>
      <w:tr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TB risk/symptom screening reviewed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</w:tr>
      <w:tr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TB test or prior-positive documentation reviewed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</w:tr>
      <w:tr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Provider clearance received when required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</w:tr>
      <w:tr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Work restrictions communicated only to appropriate personnel, if applicable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</w:tr>
      <w:tr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Employee cleared to begin/continue assigned duties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</w:tr>
      <w:tr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Follow-up due date entered into HR tracking system, if applicable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>
              <w:t>☐</w:t>
            </w:r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  <w:tc>
          <w:tcPr>
            <w:tcW w:type="dxa" w:w="2664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r/>
          </w:p>
        </w:tc>
      </w:tr>
    </w:tbl>
    <w:p>
      <w:pPr>
        <w:spacing w:before="80"/>
      </w:pPr>
      <w:r>
        <w:rPr>
          <w:b/>
        </w:rPr>
        <w:t xml:space="preserve">CONFIDENTIAL EMPLOYEE HEALTH RECORD: </w:t>
      </w:r>
      <w:r>
        <w:t>Maintain this form and related medical documentation confidentially and separately from the general personnel file, with access limited in accordance with applicable law and facility policy.</w:t>
      </w:r>
    </w:p>
    <w:sectPr w:rsidR="00FC693F" w:rsidRPr="0006063C" w:rsidSect="00034616">
      <w:footerReference w:type="default" r:id="rId9"/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CLHF Employee Health Screening &amp; TB Documentation | Confidential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