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2"/>
        </w:rPr>
        <w:t>VOLUNTEER JOB DESCRIPTION &amp; ACKNOWLEDGMENT</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Volunteer Name</w:t>
            </w:r>
          </w:p>
        </w:tc>
        <w:tc>
          <w:tcPr>
            <w:tcW w:type="dxa" w:w="5184"/>
          </w:tcPr>
          <w:p>
            <w:r>
              <w:t>____________________________________________</w:t>
            </w:r>
          </w:p>
        </w:tc>
      </w:tr>
      <w:tr>
        <w:tc>
          <w:tcPr>
            <w:tcW w:type="dxa" w:w="5184"/>
          </w:tcPr>
          <w:p>
            <w:r>
              <w:t>Volunteer Role / Assignment</w:t>
            </w:r>
          </w:p>
        </w:tc>
        <w:tc>
          <w:tcPr>
            <w:tcW w:type="dxa" w:w="5184"/>
          </w:tcPr>
          <w:p>
            <w:r>
              <w:t>____________________________________________</w:t>
            </w:r>
          </w:p>
        </w:tc>
      </w:tr>
      <w:tr>
        <w:tc>
          <w:tcPr>
            <w:tcW w:type="dxa" w:w="5184"/>
          </w:tcPr>
          <w:p>
            <w:r>
              <w:t>Department / Program</w:t>
            </w:r>
          </w:p>
        </w:tc>
        <w:tc>
          <w:tcPr>
            <w:tcW w:type="dxa" w:w="5184"/>
          </w:tcPr>
          <w:p>
            <w:r>
              <w:t>____________________________________________</w:t>
            </w:r>
          </w:p>
        </w:tc>
      </w:tr>
      <w:tr>
        <w:tc>
          <w:tcPr>
            <w:tcW w:type="dxa" w:w="5184"/>
          </w:tcPr>
          <w:p>
            <w:r>
              <w:t>Supervisor</w:t>
            </w:r>
          </w:p>
        </w:tc>
        <w:tc>
          <w:tcPr>
            <w:tcW w:type="dxa" w:w="5184"/>
          </w:tcPr>
          <w:p>
            <w:r>
              <w:t>____________________________________________</w:t>
            </w:r>
          </w:p>
        </w:tc>
      </w:tr>
      <w:tr>
        <w:tc>
          <w:tcPr>
            <w:tcW w:type="dxa" w:w="5184"/>
          </w:tcPr>
          <w:p>
            <w:r>
              <w:t>Start Date</w:t>
            </w:r>
          </w:p>
        </w:tc>
        <w:tc>
          <w:tcPr>
            <w:tcW w:type="dxa" w:w="5184"/>
          </w:tcPr>
          <w:p>
            <w:r>
              <w:t>____________________</w:t>
            </w:r>
          </w:p>
        </w:tc>
      </w:tr>
    </w:tbl>
    <w:p>
      <w:pPr>
        <w:spacing w:before="120" w:after="60"/>
        <w:shd w:fill="D9EAF7"/>
      </w:pPr>
      <w:r>
        <w:rPr>
          <w:b/>
          <w:sz w:val="22"/>
        </w:rPr>
        <w:t>POSITION PURPOSE</w:t>
      </w:r>
    </w:p>
    <w:p>
      <w:r>
        <w:t>Volunteers support the facility's residents, staff, and programs by providing approved services that enhance resident comfort, socialization, activities, companionship, and quality of life. Volunteers are expected to perform only authorized duties for which they have received appropriate orientation, instruction, and supervision. Volunteer service does not replace required facility staffing and does not authorize the volunteer to perform licensed, certified, or clinical duties unless the individual is separately qualified, authorized, and assigned in accordance with applicable requirements.</w:t>
      </w:r>
    </w:p>
    <w:p>
      <w:pPr>
        <w:spacing w:before="120" w:after="60"/>
        <w:shd w:fill="D9EAF7"/>
      </w:pPr>
      <w:r>
        <w:rPr>
          <w:b/>
          <w:sz w:val="22"/>
        </w:rPr>
        <w:t>VOLUNTEER RESPONSIBILITIES</w:t>
      </w:r>
    </w:p>
    <w:p>
      <w:pPr>
        <w:pStyle w:val="ListBullet"/>
        <w:spacing w:after="20"/>
      </w:pPr>
      <w:r>
        <w:t>Perform only the volunteer duties specifically assigned or approved by the facility.</w:t>
      </w:r>
    </w:p>
    <w:p>
      <w:pPr>
        <w:pStyle w:val="ListBullet"/>
        <w:spacing w:after="20"/>
      </w:pPr>
      <w:r>
        <w:t>Follow the direction of the designated supervisor, Administrator, Director of Nursing, licensed nursing personnel, or other authorized facility representative.</w:t>
      </w:r>
    </w:p>
    <w:p>
      <w:pPr>
        <w:pStyle w:val="ListBullet"/>
        <w:spacing w:after="20"/>
      </w:pPr>
      <w:r>
        <w:t>Treat every resident with dignity, compassion, patience, respect, privacy, and consideration.</w:t>
      </w:r>
    </w:p>
    <w:p>
      <w:pPr>
        <w:pStyle w:val="ListBullet"/>
        <w:spacing w:after="20"/>
      </w:pPr>
      <w:r>
        <w:t>Support resident choice, independence, socialization, meaningful activity, and quality of life.</w:t>
      </w:r>
    </w:p>
    <w:p>
      <w:pPr>
        <w:pStyle w:val="ListBullet"/>
        <w:spacing w:after="20"/>
      </w:pPr>
      <w:r>
        <w:t>Assist with approved activities such as conversation, reading, games, music, arts and crafts, celebrations, supervised recreation, companionship, and other nonclinical services.</w:t>
      </w:r>
    </w:p>
    <w:p>
      <w:pPr>
        <w:pStyle w:val="ListBullet"/>
        <w:spacing w:after="20"/>
      </w:pPr>
      <w:r>
        <w:t>Follow all facility policies applicable to the volunteer assignment, including resident rights, confidentiality, infection prevention, safety, emergency procedures, professional conduct, and reporting requirements.</w:t>
      </w:r>
    </w:p>
    <w:p>
      <w:pPr>
        <w:pStyle w:val="ListBullet"/>
        <w:spacing w:after="20"/>
      </w:pPr>
      <w:r>
        <w:t>Use appropriate hand hygiene and personal protective equipment when instructed and follow facility infection-control precautions.</w:t>
      </w:r>
    </w:p>
    <w:p>
      <w:pPr>
        <w:pStyle w:val="ListBullet"/>
        <w:spacing w:after="20"/>
      </w:pPr>
      <w:r>
        <w:t>Promptly report resident complaints, changes in condition, falls, injuries, safety hazards, unusual behavior, or other concerns to facility staff.</w:t>
      </w:r>
    </w:p>
    <w:p>
      <w:pPr>
        <w:pStyle w:val="ListBullet"/>
        <w:spacing w:after="20"/>
      </w:pPr>
      <w:r>
        <w:t>Immediately report suspected abuse, neglect, exploitation, mistreatment, discrimination, retaliation, or misappropriation of resident property through the facility's required reporting channels.</w:t>
      </w:r>
    </w:p>
    <w:p>
      <w:pPr>
        <w:pStyle w:val="ListBullet"/>
        <w:spacing w:after="20"/>
      </w:pPr>
      <w:r>
        <w:t>Protect resident and facility confidentiality and discuss resident information only with authorized personnel when necessary for the volunteer assignment.</w:t>
      </w:r>
    </w:p>
    <w:p>
      <w:pPr>
        <w:pStyle w:val="ListBullet"/>
        <w:spacing w:after="20"/>
      </w:pPr>
      <w:r>
        <w:t>Maintain professional boundaries and refrain from accepting inappropriate gifts, borrowing money, handling resident finances, entering financial arrangements, or developing relationships that could exploit or place a resident at risk.</w:t>
      </w:r>
    </w:p>
    <w:p>
      <w:pPr>
        <w:pStyle w:val="ListBullet"/>
        <w:spacing w:after="20"/>
      </w:pPr>
      <w:r>
        <w:t>Do not photograph, video record, post, publish, or share information or images involving residents without proper facility authorization and any required resident authorization.</w:t>
      </w:r>
    </w:p>
    <w:p>
      <w:pPr>
        <w:pStyle w:val="ListBullet"/>
        <w:spacing w:after="20"/>
      </w:pPr>
      <w:r>
        <w:t>Maintain reliable attendance for scheduled volunteer assignments and notify the facility promptly when unable to attend.</w:t>
      </w:r>
    </w:p>
    <w:p>
      <w:pPr>
        <w:pStyle w:val="ListBullet"/>
        <w:spacing w:after="20"/>
      </w:pPr>
      <w:r>
        <w:t>Sign required volunteer attendance, service, training, and acknowledgment records.</w:t>
      </w:r>
    </w:p>
    <w:p>
      <w:pPr>
        <w:pStyle w:val="ListBullet"/>
        <w:spacing w:after="20"/>
      </w:pPr>
      <w:r>
        <w:t>Immediately notify the supervisor if asked to perform a duty the volunteer believes is unsafe, inappropriate, outside the volunteer role, or beyond the volunteer's training.</w:t>
      </w:r>
    </w:p>
    <w:p>
      <w:pPr>
        <w:spacing w:before="120" w:after="60"/>
        <w:shd w:fill="D9EAF7"/>
      </w:pPr>
      <w:r>
        <w:rPr>
          <w:b/>
          <w:sz w:val="22"/>
        </w:rPr>
        <w:t>ORIENTATION AND ANNUAL TRAINING</w:t>
      </w:r>
    </w:p>
    <w:p>
      <w:r>
        <w:t>Volunteers agree to participate in orientation and ongoing education applicable to their assigned duties. The facility will determine the training required based on the volunteer's role and resident contact.</w:t>
      </w:r>
    </w:p>
    <w:p>
      <w:pPr>
        <w:pStyle w:val="ListBullet"/>
        <w:spacing w:after="20"/>
      </w:pPr>
      <w:r>
        <w:t>Complete initial facility orientation before independently performing assigned volunteer duties.</w:t>
      </w:r>
    </w:p>
    <w:p>
      <w:pPr>
        <w:pStyle w:val="ListBullet"/>
        <w:spacing w:after="20"/>
      </w:pPr>
      <w:r>
        <w:t>Participate in required annual training or update sessions applicable to the volunteer role.</w:t>
      </w:r>
    </w:p>
    <w:p>
      <w:pPr>
        <w:pStyle w:val="ListBullet"/>
        <w:spacing w:after="20"/>
      </w:pPr>
      <w:r>
        <w:t>Complete training in resident rights, abuse and neglect prevention/reporting, confidentiality, infection prevention, emergency procedures, fire/life safety, and other subjects assigned by the facility.</w:t>
      </w:r>
    </w:p>
    <w:p>
      <w:pPr>
        <w:pStyle w:val="ListBullet"/>
        <w:spacing w:after="20"/>
      </w:pPr>
      <w:r>
        <w:t>Receive resident-specific or task-specific instruction before assisting with specialized activities or residents with particular needs.</w:t>
      </w:r>
    </w:p>
    <w:p>
      <w:pPr>
        <w:pStyle w:val="ListBullet"/>
        <w:spacing w:after="20"/>
      </w:pPr>
      <w:r>
        <w:t>Review updated facility policies and procedures applicable to volunteer services.</w:t>
      </w:r>
    </w:p>
    <w:p>
      <w:pPr>
        <w:pStyle w:val="ListBullet"/>
        <w:spacing w:after="20"/>
      </w:pPr>
      <w:r>
        <w:t>Demonstrate competency for any assigned task when the facility determines competency validation is necessary.</w:t>
      </w:r>
    </w:p>
    <w:p>
      <w:pPr>
        <w:spacing w:before="120" w:after="60"/>
        <w:shd w:fill="D9EAF7"/>
      </w:pPr>
      <w:r>
        <w:rPr>
          <w:b/>
          <w:sz w:val="22"/>
        </w:rPr>
        <w:t>SCOPE AND LIMITATIONS OF VOLUNTEER SERVICE</w:t>
      </w:r>
    </w:p>
    <w:p>
      <w:pPr>
        <w:pStyle w:val="ListBullet"/>
        <w:spacing w:after="20"/>
      </w:pPr>
      <w:r>
        <w:t>Volunteers may not replace or be counted as required licensed nursing, CNA/direct-care, administrative, dietary, housekeeping, or other required staffing.</w:t>
      </w:r>
    </w:p>
    <w:p>
      <w:pPr>
        <w:pStyle w:val="ListBullet"/>
        <w:spacing w:after="20"/>
      </w:pPr>
      <w:r>
        <w:t>Volunteers must not administer medications, provide nursing treatments, independently transfer residents, perform clinical assessments, change care plans, accept physician orders, or perform duties requiring a professional license or certification unless separately qualified and formally authorized to do so.</w:t>
      </w:r>
    </w:p>
    <w:p>
      <w:pPr>
        <w:pStyle w:val="ListBullet"/>
        <w:spacing w:after="20"/>
      </w:pPr>
      <w:r>
        <w:t>Volunteers must not provide care beyond their training, approved assignment, or demonstrated competency.</w:t>
      </w:r>
    </w:p>
    <w:p>
      <w:pPr>
        <w:pStyle w:val="ListBullet"/>
        <w:spacing w:after="20"/>
      </w:pPr>
      <w:r>
        <w:t>Volunteers must immediately obtain staff assistance when a resident requires medical, nursing, behavioral, mobility, toileting, feeding, or other care beyond the approved volunteer assignment.</w:t>
      </w:r>
    </w:p>
    <w:p>
      <w:pPr>
        <w:pStyle w:val="ListBullet"/>
        <w:spacing w:after="20"/>
      </w:pPr>
      <w:r>
        <w:t>Volunteers may not make independent clinical decisions or represent themselves as facility employees or licensed healthcare personnel unless that status separately applies.</w:t>
      </w:r>
    </w:p>
    <w:p>
      <w:pPr>
        <w:pStyle w:val="ListBullet"/>
        <w:spacing w:after="20"/>
      </w:pPr>
      <w:r>
        <w:t>Any volunteer who also holds a professional license must still perform only the duties authorized under the volunteer assignment unless the facility has formally assigned the individual to a professional role.</w:t>
      </w:r>
    </w:p>
    <w:p>
      <w:pPr>
        <w:spacing w:before="120" w:after="60"/>
        <w:shd w:fill="D9EAF7"/>
      </w:pPr>
      <w:r>
        <w:rPr>
          <w:b/>
          <w:sz w:val="22"/>
        </w:rPr>
        <w:t>RESIDENT RIGHTS, PRIVACY AND CONFIDENTIALITY</w:t>
      </w:r>
    </w:p>
    <w:p>
      <w:pPr>
        <w:pStyle w:val="ListBullet"/>
        <w:spacing w:after="20"/>
      </w:pPr>
      <w:r>
        <w:t>Respect each resident's right to privacy, dignity, personal choice, confidentiality, cultural preferences, and freedom from abuse or neglect.</w:t>
      </w:r>
    </w:p>
    <w:p>
      <w:pPr>
        <w:pStyle w:val="ListBullet"/>
        <w:spacing w:after="20"/>
      </w:pPr>
      <w:r>
        <w:t>Knock before entering resident rooms and obtain permission before participating in personal resident activities when appropriate.</w:t>
      </w:r>
    </w:p>
    <w:p>
      <w:pPr>
        <w:pStyle w:val="ListBullet"/>
        <w:spacing w:after="20"/>
      </w:pPr>
      <w:r>
        <w:t>Do not discuss resident diagnoses, conditions, medications, personal matters, or other confidential information with unauthorized persons.</w:t>
      </w:r>
    </w:p>
    <w:p>
      <w:pPr>
        <w:pStyle w:val="ListBullet"/>
        <w:spacing w:after="20"/>
      </w:pPr>
      <w:r>
        <w:t>Do not access resident records unless specifically authorized and necessary for the approved volunteer role.</w:t>
      </w:r>
    </w:p>
    <w:p>
      <w:pPr>
        <w:pStyle w:val="ListBullet"/>
        <w:spacing w:after="20"/>
      </w:pPr>
      <w:r>
        <w:t>Do not post resident information, stories, photographs, or identifying details on social media.</w:t>
      </w:r>
    </w:p>
    <w:p>
      <w:pPr>
        <w:spacing w:before="120" w:after="60"/>
        <w:shd w:fill="D9EAF7"/>
      </w:pPr>
      <w:r>
        <w:rPr>
          <w:b/>
          <w:sz w:val="22"/>
        </w:rPr>
        <w:t>SAFETY AND EMERGENCY EXPECTATIONS</w:t>
      </w:r>
    </w:p>
    <w:p>
      <w:pPr>
        <w:pStyle w:val="ListBullet"/>
        <w:spacing w:after="20"/>
      </w:pPr>
      <w:r>
        <w:t>Know how to obtain immediate staff assistance and how to activate facility emergency procedures appropriate to the volunteer role.</w:t>
      </w:r>
    </w:p>
    <w:p>
      <w:pPr>
        <w:pStyle w:val="ListBullet"/>
        <w:spacing w:after="20"/>
      </w:pPr>
      <w:r>
        <w:t>Follow instructions from staff during fire alarms, evacuations, disasters, medical emergencies, or other emergency situations.</w:t>
      </w:r>
    </w:p>
    <w:p>
      <w:pPr>
        <w:pStyle w:val="ListBullet"/>
        <w:spacing w:after="20"/>
      </w:pPr>
      <w:r>
        <w:t>Report spills, damaged equipment, blocked exits, trip hazards, unsafe conditions, or other environmental concerns immediately.</w:t>
      </w:r>
    </w:p>
    <w:p>
      <w:pPr>
        <w:pStyle w:val="ListBullet"/>
        <w:spacing w:after="20"/>
      </w:pPr>
      <w:r>
        <w:t>Do not attempt an emergency or clinical intervention beyond the volunteer's training; summon qualified staff or emergency assistance promptly.</w:t>
      </w:r>
    </w:p>
    <w:p>
      <w:pPr>
        <w:pStyle w:val="ListBullet"/>
        <w:spacing w:after="20"/>
      </w:pPr>
      <w:r>
        <w:t>Follow restrictions or temporary suspension of volunteer activities during infectious outbreaks, emergencies, or other conditions identified by facility leadership.</w:t>
      </w:r>
    </w:p>
    <w:p>
      <w:pPr>
        <w:spacing w:before="120" w:after="60"/>
        <w:shd w:fill="D9EAF7"/>
      </w:pPr>
      <w:r>
        <w:rPr>
          <w:b/>
          <w:sz w:val="22"/>
        </w:rPr>
        <w:t>HEALTH AND SCREENING REQUIREMENTS</w:t>
      </w:r>
    </w:p>
    <w:p>
      <w:r>
        <w:t>Volunteers will complete health, tuberculosis, background, identification, immunization, or other screening documentation when required by applicable law, facility policy, the nature of the assignment, or the level of resident contact. Volunteers must not report for service when experiencing a potentially communicable illness and must follow facility instructions regarding return to volunteer duties.</w:t>
      </w:r>
    </w:p>
    <w:p>
      <w:pPr>
        <w:spacing w:before="120" w:after="60"/>
        <w:shd w:fill="D9EAF7"/>
      </w:pPr>
      <w:r>
        <w:rPr>
          <w:b/>
          <w:sz w:val="22"/>
        </w:rPr>
        <w:t>PERFORMANCE AND CONDUCT EXPECTATIONS</w:t>
      </w:r>
    </w:p>
    <w:p>
      <w:pPr>
        <w:pStyle w:val="ListBullet"/>
        <w:spacing w:after="20"/>
      </w:pPr>
      <w:r>
        <w:t>Be dependable, courteous, respectful, appropriately dressed, and professional while in the facility.</w:t>
      </w:r>
    </w:p>
    <w:p>
      <w:pPr>
        <w:pStyle w:val="ListBullet"/>
        <w:spacing w:after="20"/>
      </w:pPr>
      <w:r>
        <w:t>Perform assigned duties safely and follow supervisory instructions.</w:t>
      </w:r>
    </w:p>
    <w:p>
      <w:pPr>
        <w:pStyle w:val="ListBullet"/>
        <w:spacing w:after="20"/>
      </w:pPr>
      <w:r>
        <w:t>Maintain appropriate relationships and boundaries with residents, families, visitors, and staff.</w:t>
      </w:r>
    </w:p>
    <w:p>
      <w:pPr>
        <w:pStyle w:val="ListBullet"/>
        <w:spacing w:after="20"/>
      </w:pPr>
      <w:r>
        <w:t>Protect confidential information and resident property.</w:t>
      </w:r>
    </w:p>
    <w:p>
      <w:pPr>
        <w:pStyle w:val="ListBullet"/>
        <w:spacing w:after="20"/>
      </w:pPr>
      <w:r>
        <w:t>Accept coaching and corrective instruction related to volunteer duties.</w:t>
      </w:r>
    </w:p>
    <w:p>
      <w:pPr>
        <w:pStyle w:val="ListBullet"/>
        <w:spacing w:after="20"/>
      </w:pPr>
      <w:r>
        <w:t>Understand that the facility may modify, suspend, or end a volunteer assignment when necessary for resident safety, facility operations, policy compliance, or other legitimate reasons.</w:t>
      </w:r>
    </w:p>
    <w:p>
      <w:pPr>
        <w:spacing w:before="120" w:after="60"/>
        <w:shd w:fill="D9EAF7"/>
      </w:pPr>
      <w:r>
        <w:rPr>
          <w:b/>
          <w:sz w:val="22"/>
        </w:rPr>
        <w:t>VOLUNTEER ACKNOWLEDGMENT</w:t>
      </w:r>
    </w:p>
    <w:p>
      <w:r>
        <w:t>I understand that I am serving as a volunteer and that my duties are limited to those approved by the facility. I agree to follow facility policies and instructions, protect resident rights and confidentiality, participate in required orientation and annual training, remain within my assigned role and training, immediately report safety or resident-care concerns, and never perform a clinical or professional task for which I am not properly qualified and authorized. I understand that volunteer service does not replace required facility staffing.</w:t>
      </w:r>
    </w:p>
    <w:tbl>
      <w:tblPr>
        <w:tblStyle w:val="TableGrid"/>
        <w:tblW w:type="auto" w:w="0"/>
        <w:tblLook w:firstColumn="1" w:firstRow="1" w:lastColumn="0" w:lastRow="0" w:noHBand="0" w:noVBand="1" w:val="04A0"/>
      </w:tblPr>
      <w:tblGrid>
        <w:gridCol w:w="5184"/>
        <w:gridCol w:w="5184"/>
      </w:tblGrid>
      <w:tr>
        <w:tc>
          <w:tcPr>
            <w:tcW w:type="dxa" w:w="5184"/>
          </w:tcPr>
          <w:p>
            <w:r>
              <w:t>Volunteer Name:</w:t>
            </w:r>
          </w:p>
        </w:tc>
        <w:tc>
          <w:tcPr>
            <w:tcW w:type="dxa" w:w="5184"/>
          </w:tcPr>
          <w:p>
            <w:r>
              <w:t>________________________________________</w:t>
            </w:r>
          </w:p>
        </w:tc>
      </w:tr>
      <w:tr>
        <w:tc>
          <w:tcPr>
            <w:tcW w:type="dxa" w:w="5184"/>
          </w:tcPr>
          <w:p>
            <w:r>
              <w:t>Volunteer Signature:</w:t>
            </w:r>
          </w:p>
        </w:tc>
        <w:tc>
          <w:tcPr>
            <w:tcW w:type="dxa" w:w="5184"/>
          </w:tcPr>
          <w:p>
            <w:r>
              <w:t>________________________________________</w:t>
            </w:r>
          </w:p>
        </w:tc>
      </w:tr>
      <w:tr>
        <w:tc>
          <w:tcPr>
            <w:tcW w:type="dxa" w:w="5184"/>
          </w:tcPr>
          <w:p>
            <w:r>
              <w:t>Date:</w:t>
            </w:r>
          </w:p>
        </w:tc>
        <w:tc>
          <w:tcPr>
            <w:tcW w:type="dxa" w:w="5184"/>
          </w:tcPr>
          <w:p>
            <w:r>
              <w:t>____________________</w:t>
            </w:r>
          </w:p>
        </w:tc>
      </w:tr>
      <w:tr>
        <w:tc>
          <w:tcPr>
            <w:tcW w:type="dxa" w:w="5184"/>
          </w:tcPr>
          <w:p>
            <w:r>
              <w:t>Supervisor Name / Title:</w:t>
            </w:r>
          </w:p>
        </w:tc>
        <w:tc>
          <w:tcPr>
            <w:tcW w:type="dxa" w:w="5184"/>
          </w:tcPr>
          <w:p>
            <w:r>
              <w:t>________________________________________</w:t>
            </w:r>
          </w:p>
        </w:tc>
      </w:tr>
      <w:tr>
        <w:tc>
          <w:tcPr>
            <w:tcW w:type="dxa" w:w="5184"/>
          </w:tcPr>
          <w:p>
            <w:r>
              <w:t>Supervisor Signature:</w:t>
            </w:r>
          </w:p>
        </w:tc>
        <w:tc>
          <w:tcPr>
            <w:tcW w:type="dxa" w:w="5184"/>
          </w:tcPr>
          <w:p>
            <w:r>
              <w:t>________________________________________</w:t>
            </w:r>
          </w:p>
        </w:tc>
      </w:tr>
      <w:tr>
        <w:tc>
          <w:tcPr>
            <w:tcW w:type="dxa" w:w="5184"/>
          </w:tcPr>
          <w:p>
            <w:r>
              <w:t>Date:</w:t>
            </w:r>
          </w:p>
        </w:tc>
        <w:tc>
          <w:tcPr>
            <w:tcW w:type="dxa" w:w="5184"/>
          </w:tcPr>
          <w:p>
            <w:r>
              <w:t>____________________</w:t>
            </w:r>
          </w:p>
        </w:tc>
      </w:tr>
    </w:tbl>
    <w:p>
      <w:pPr>
        <w:spacing w:before="100"/>
      </w:pPr>
      <w:r>
        <w:rPr>
          <w:b/>
        </w:rPr>
        <w:t xml:space="preserve">Annual Re-Acknowledgment (optional): </w:t>
      </w:r>
      <w:r>
        <w:t>Volunteer Initials: ________   Date: ____________     Supervisor Initials: ________   Date: 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Volunteer Job Description &amp; Acknowledgment | Volunteer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