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center"/>
      </w:pPr>
      <w:r>
        <w:rPr>
          <w:b/>
          <w:sz w:val="24"/>
        </w:rPr>
        <w:t>CONGREGATE LIVING HEALTH FACILITY (CLHF)</w:t>
      </w:r>
    </w:p>
    <w:p>
      <w:pPr>
        <w:spacing w:after="40"/>
        <w:jc w:val="center"/>
      </w:pPr>
      <w:r>
        <w:rPr>
          <w:b/>
          <w:sz w:val="34"/>
        </w:rPr>
        <w:t>HEALTHCARE EMPLOYMENT APPLICATION</w:t>
      </w:r>
    </w:p>
    <w:p>
      <w:pPr>
        <w:spacing w:after="80"/>
        <w:jc w:val="center"/>
      </w:pPr>
      <w:r>
        <w:rPr>
          <w:sz w:val="18"/>
        </w:rPr>
        <w:t>Facility Name: ________________________________________________    Date: __________________</w:t>
      </w:r>
    </w:p>
    <w:p>
      <w:pPr>
        <w:spacing w:after="60"/>
      </w:pPr>
      <w:r>
        <w:rPr>
          <w:b/>
        </w:rPr>
        <w:t xml:space="preserve">Instructions: </w:t>
      </w:r>
      <w:r>
        <w:t>Complete all sections. Attach your current resume and copies of applicable professional licenses/certifications. Do not provide information prohibited by applicable employment law. An offer of employment may be contingent upon verification of qualifications, references, credentials, and other lawful pre-employment requirements.</w:t>
      </w:r>
    </w:p>
    <w:p>
      <w:pPr>
        <w:spacing w:before="100" w:after="40"/>
        <w:shd w:fill="D9EAF7"/>
      </w:pPr>
      <w:r>
        <w:rPr>
          <w:b/>
          <w:sz w:val="21"/>
        </w:rPr>
        <w:t>1. APPLICANT INFORMATION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760"/>
        <w:gridCol w:w="5040"/>
      </w:tblGrid>
      <w:tr>
        <w:tc>
          <w:tcPr>
            <w:tcW w:type="dxa" w:w="532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>
              <w:t>Full Legal Name:</w:t>
            </w:r>
          </w:p>
        </w:tc>
        <w:tc>
          <w:tcPr>
            <w:tcW w:type="dxa" w:w="532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>
              <w:t>Preferred Name:</w:t>
            </w:r>
          </w:p>
        </w:tc>
      </w:tr>
      <w:tr>
        <w:tc>
          <w:tcPr>
            <w:tcW w:type="dxa" w:w="532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>
              <w:t>Address:</w:t>
            </w:r>
          </w:p>
        </w:tc>
        <w:tc>
          <w:tcPr>
            <w:tcW w:type="dxa" w:w="532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>
              <w:t>City / State / ZIP:</w:t>
            </w:r>
          </w:p>
        </w:tc>
      </w:tr>
      <w:tr>
        <w:tc>
          <w:tcPr>
            <w:tcW w:type="dxa" w:w="532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>
              <w:t>Phone:</w:t>
            </w:r>
          </w:p>
        </w:tc>
        <w:tc>
          <w:tcPr>
            <w:tcW w:type="dxa" w:w="532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>
              <w:t>Email:</w:t>
            </w:r>
          </w:p>
        </w:tc>
      </w:tr>
      <w:tr>
        <w:tc>
          <w:tcPr>
            <w:tcW w:type="dxa" w:w="532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>
              <w:t>Position Applied For:</w:t>
            </w:r>
          </w:p>
        </w:tc>
        <w:tc>
          <w:tcPr>
            <w:tcW w:type="dxa" w:w="532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>
              <w:t>Date Available:</w:t>
            </w:r>
          </w:p>
        </w:tc>
      </w:tr>
      <w:tr>
        <w:tc>
          <w:tcPr>
            <w:tcW w:type="dxa" w:w="532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>
              <w:t>Employment Desired:  ☐ Full-Time   ☐ Part-Time   ☐ Per Diem   ☐ Temporary</w:t>
            </w:r>
          </w:p>
        </w:tc>
        <w:tc>
          <w:tcPr>
            <w:tcW w:type="dxa" w:w="532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>
              <w:t>Shift:  ☐ Day   ☐ Evening   ☐ Night   ☐ Flexible</w:t>
            </w:r>
          </w:p>
        </w:tc>
      </w:tr>
    </w:tbl>
    <w:p>
      <w:pPr>
        <w:spacing w:before="100" w:after="40"/>
        <w:shd w:fill="D9EAF7"/>
      </w:pPr>
      <w:r>
        <w:rPr>
          <w:b/>
          <w:sz w:val="21"/>
        </w:rPr>
        <w:t>2. HEALTHCARE POSITION / CLINICAL BACKGROUND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>
              <w:t>Profession / Role (check all that apply):  ☐ RN  ☐ LVN  ☐ CNA  ☐ Administrator  ☐ Medical Assistant  ☐ Caregiver/Direct Care  ☐ Dietary  ☐ Housekeeping  ☐ Other: __________________________</w:t>
            </w:r>
          </w:p>
        </w:tc>
      </w:tr>
      <w:tr>
        <w:tc>
          <w:tcPr>
            <w:tcW w:type="dxa" w:w="10656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>
              <w:t>Years of healthcare experience: __________    Years in long-term care / CLHF / SNF / home health: __________</w:t>
            </w:r>
          </w:p>
        </w:tc>
      </w:tr>
      <w:tr>
        <w:tc>
          <w:tcPr>
            <w:tcW w:type="dxa" w:w="10656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>
              <w:t>Specialty experience:  ☐ Tracheostomy  ☐ Ventilator  ☐ G-Tube/Enteral Feeding  ☐ Wound Care  ☐ Hospice/End-of-Life  ☐ Oxygen  ☐ Diabetes  ☐ Other: __________________</w:t>
            </w:r>
          </w:p>
        </w:tc>
      </w:tr>
      <w:tr>
        <w:tc>
          <w:tcPr>
            <w:tcW w:type="dxa" w:w="10656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>
              <w:t>Languages spoken: ____________________________________________    Can you perform the essential functions of the position, with or without reasonable accommodation?  ☐ Yes  ☐ No</w:t>
            </w:r>
          </w:p>
        </w:tc>
      </w:tr>
    </w:tbl>
    <w:p>
      <w:pPr>
        <w:spacing w:before="100" w:after="40"/>
        <w:shd w:fill="D9EAF7"/>
      </w:pPr>
      <w:r>
        <w:rPr>
          <w:b/>
          <w:sz w:val="21"/>
        </w:rPr>
        <w:t>3. PROFESSIONAL LICENSURE &amp; CERTIFICATION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31"/>
        <w:gridCol w:w="2131"/>
        <w:gridCol w:w="2131"/>
        <w:gridCol w:w="2131"/>
        <w:gridCol w:w="2131"/>
      </w:tblGrid>
      <w:tr>
        <w:tc>
          <w:tcPr>
            <w:tcW w:type="dxa" w:w="2131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EAF2F8"/>
          </w:tcPr>
          <w:p>
            <w:r>
              <w:t>Credential</w:t>
            </w:r>
          </w:p>
        </w:tc>
        <w:tc>
          <w:tcPr>
            <w:tcW w:type="dxa" w:w="2131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EAF2F8"/>
          </w:tcPr>
          <w:p>
            <w:r>
              <w:t>License / Certificate #</w:t>
            </w:r>
          </w:p>
        </w:tc>
        <w:tc>
          <w:tcPr>
            <w:tcW w:type="dxa" w:w="2131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EAF2F8"/>
          </w:tcPr>
          <w:p>
            <w:r>
              <w:t>State</w:t>
            </w:r>
          </w:p>
        </w:tc>
        <w:tc>
          <w:tcPr>
            <w:tcW w:type="dxa" w:w="2131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EAF2F8"/>
          </w:tcPr>
          <w:p>
            <w:r>
              <w:t>Expiration</w:t>
            </w:r>
          </w:p>
        </w:tc>
        <w:tc>
          <w:tcPr>
            <w:tcW w:type="dxa" w:w="2131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EAF2F8"/>
          </w:tcPr>
          <w:p>
            <w:r>
              <w:t>Primary Source Verified By / Date</w:t>
            </w:r>
          </w:p>
        </w:tc>
      </w:tr>
      <w:tr>
        <w:tc>
          <w:tcPr>
            <w:tcW w:type="dxa" w:w="2131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>
              <w:t>RN / LVN / CNA / Other</w:t>
            </w:r>
          </w:p>
        </w:tc>
        <w:tc>
          <w:tcPr>
            <w:tcW w:type="dxa" w:w="2131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/>
          </w:p>
        </w:tc>
        <w:tc>
          <w:tcPr>
            <w:tcW w:type="dxa" w:w="2131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/>
          </w:p>
        </w:tc>
        <w:tc>
          <w:tcPr>
            <w:tcW w:type="dxa" w:w="2131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/>
          </w:p>
        </w:tc>
        <w:tc>
          <w:tcPr>
            <w:tcW w:type="dxa" w:w="2131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/>
          </w:p>
        </w:tc>
      </w:tr>
      <w:tr>
        <w:tc>
          <w:tcPr>
            <w:tcW w:type="dxa" w:w="2131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>
              <w:t>Additional License</w:t>
            </w:r>
          </w:p>
        </w:tc>
        <w:tc>
          <w:tcPr>
            <w:tcW w:type="dxa" w:w="2131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/>
          </w:p>
        </w:tc>
        <w:tc>
          <w:tcPr>
            <w:tcW w:type="dxa" w:w="2131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/>
          </w:p>
        </w:tc>
        <w:tc>
          <w:tcPr>
            <w:tcW w:type="dxa" w:w="2131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/>
          </w:p>
        </w:tc>
        <w:tc>
          <w:tcPr>
            <w:tcW w:type="dxa" w:w="2131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/>
          </w:p>
        </w:tc>
      </w:tr>
      <w:tr>
        <w:tc>
          <w:tcPr>
            <w:tcW w:type="dxa" w:w="2131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>
              <w:t>BLS / CPR</w:t>
            </w:r>
          </w:p>
        </w:tc>
        <w:tc>
          <w:tcPr>
            <w:tcW w:type="dxa" w:w="2131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/>
          </w:p>
        </w:tc>
        <w:tc>
          <w:tcPr>
            <w:tcW w:type="dxa" w:w="2131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/>
          </w:p>
        </w:tc>
        <w:tc>
          <w:tcPr>
            <w:tcW w:type="dxa" w:w="2131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/>
          </w:p>
        </w:tc>
        <w:tc>
          <w:tcPr>
            <w:tcW w:type="dxa" w:w="2131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/>
          </w:p>
        </w:tc>
      </w:tr>
      <w:tr>
        <w:tc>
          <w:tcPr>
            <w:tcW w:type="dxa" w:w="2131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>
              <w:t>Other Certification</w:t>
            </w:r>
          </w:p>
        </w:tc>
        <w:tc>
          <w:tcPr>
            <w:tcW w:type="dxa" w:w="2131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/>
          </w:p>
        </w:tc>
        <w:tc>
          <w:tcPr>
            <w:tcW w:type="dxa" w:w="2131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/>
          </w:p>
        </w:tc>
        <w:tc>
          <w:tcPr>
            <w:tcW w:type="dxa" w:w="2131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/>
          </w:p>
        </w:tc>
        <w:tc>
          <w:tcPr>
            <w:tcW w:type="dxa" w:w="2131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/>
          </w:p>
        </w:tc>
      </w:tr>
    </w:tbl>
    <w:p>
      <w:pPr>
        <w:spacing w:after="40"/>
      </w:pPr>
      <w:r>
        <w:t>Applicant authorization: I authorize the facility to verify my professional licenses, certifications, disciplinary status, and qualifications with the appropriate licensing/certifying agencies.</w:t>
      </w:r>
      <w:r>
        <w:br/>
        <w:t>Applicant Initials: __________</w:t>
      </w:r>
    </w:p>
    <w:p>
      <w:pPr>
        <w:spacing w:before="100" w:after="40"/>
        <w:shd w:fill="D9EAF7"/>
      </w:pPr>
      <w:r>
        <w:rPr>
          <w:b/>
          <w:sz w:val="21"/>
        </w:rPr>
        <w:t>4. EDUCATION &amp; TRAINING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31"/>
        <w:gridCol w:w="2131"/>
        <w:gridCol w:w="2131"/>
        <w:gridCol w:w="2131"/>
        <w:gridCol w:w="2131"/>
      </w:tblGrid>
      <w:tr>
        <w:tc>
          <w:tcPr>
            <w:tcW w:type="dxa" w:w="2131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EAF2F8"/>
          </w:tcPr>
          <w:p>
            <w:r>
              <w:t>School / Program</w:t>
            </w:r>
          </w:p>
        </w:tc>
        <w:tc>
          <w:tcPr>
            <w:tcW w:type="dxa" w:w="2131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EAF2F8"/>
          </w:tcPr>
          <w:p>
            <w:r>
              <w:t>City / State</w:t>
            </w:r>
          </w:p>
        </w:tc>
        <w:tc>
          <w:tcPr>
            <w:tcW w:type="dxa" w:w="2131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EAF2F8"/>
          </w:tcPr>
          <w:p>
            <w:r>
              <w:t>Degree / Certificate</w:t>
            </w:r>
          </w:p>
        </w:tc>
        <w:tc>
          <w:tcPr>
            <w:tcW w:type="dxa" w:w="2131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EAF2F8"/>
          </w:tcPr>
          <w:p>
            <w:r>
              <w:t>Field of Study</w:t>
            </w:r>
          </w:p>
        </w:tc>
        <w:tc>
          <w:tcPr>
            <w:tcW w:type="dxa" w:w="2131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EAF2F8"/>
          </w:tcPr>
          <w:p>
            <w:r>
              <w:t>Dates Attended / Graduated</w:t>
            </w:r>
          </w:p>
        </w:tc>
      </w:tr>
      <w:tr>
        <w:tc>
          <w:tcPr>
            <w:tcW w:type="dxa" w:w="2131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/>
          </w:p>
        </w:tc>
        <w:tc>
          <w:tcPr>
            <w:tcW w:type="dxa" w:w="2131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/>
          </w:p>
        </w:tc>
        <w:tc>
          <w:tcPr>
            <w:tcW w:type="dxa" w:w="2131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/>
          </w:p>
        </w:tc>
        <w:tc>
          <w:tcPr>
            <w:tcW w:type="dxa" w:w="2131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/>
          </w:p>
        </w:tc>
        <w:tc>
          <w:tcPr>
            <w:tcW w:type="dxa" w:w="2131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/>
          </w:p>
        </w:tc>
      </w:tr>
      <w:tr>
        <w:tc>
          <w:tcPr>
            <w:tcW w:type="dxa" w:w="2131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/>
          </w:p>
        </w:tc>
        <w:tc>
          <w:tcPr>
            <w:tcW w:type="dxa" w:w="2131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/>
          </w:p>
        </w:tc>
        <w:tc>
          <w:tcPr>
            <w:tcW w:type="dxa" w:w="2131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/>
          </w:p>
        </w:tc>
        <w:tc>
          <w:tcPr>
            <w:tcW w:type="dxa" w:w="2131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/>
          </w:p>
        </w:tc>
        <w:tc>
          <w:tcPr>
            <w:tcW w:type="dxa" w:w="2131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/>
          </w:p>
        </w:tc>
      </w:tr>
      <w:tr>
        <w:tc>
          <w:tcPr>
            <w:tcW w:type="dxa" w:w="2131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/>
          </w:p>
        </w:tc>
        <w:tc>
          <w:tcPr>
            <w:tcW w:type="dxa" w:w="2131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/>
          </w:p>
        </w:tc>
        <w:tc>
          <w:tcPr>
            <w:tcW w:type="dxa" w:w="2131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/>
          </w:p>
        </w:tc>
        <w:tc>
          <w:tcPr>
            <w:tcW w:type="dxa" w:w="2131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/>
          </w:p>
        </w:tc>
        <w:tc>
          <w:tcPr>
            <w:tcW w:type="dxa" w:w="2131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/>
          </w:p>
        </w:tc>
      </w:tr>
    </w:tbl>
    <w:p>
      <w:pPr>
        <w:spacing w:before="100" w:after="40"/>
        <w:shd w:fill="D9EAF7"/>
      </w:pPr>
      <w:r>
        <w:rPr>
          <w:b/>
          <w:sz w:val="21"/>
        </w:rPr>
        <w:t>5. EMPLOYMENT HISTORY - MOST RECENT FIRST</w:t>
      </w:r>
    </w:p>
    <w:p>
      <w:pPr>
        <w:spacing w:after="40"/>
      </w:pPr>
      <w:r>
        <w:t>Please account for your recent employment history. You may write “See attached resume” for detail, but complete employer names, dates, positions, and reason for leaving.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532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>
              <w:t>Employer 1:</w:t>
            </w:r>
          </w:p>
        </w:tc>
        <w:tc>
          <w:tcPr>
            <w:tcW w:type="dxa" w:w="532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>
              <w:t>Phone:</w:t>
            </w:r>
          </w:p>
        </w:tc>
      </w:tr>
      <w:tr>
        <w:tc>
          <w:tcPr>
            <w:tcW w:type="dxa" w:w="532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>
              <w:t>Address:</w:t>
            </w:r>
          </w:p>
        </w:tc>
        <w:tc>
          <w:tcPr>
            <w:tcW w:type="dxa" w:w="532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>
              <w:t>Supervisor:</w:t>
            </w:r>
          </w:p>
        </w:tc>
      </w:tr>
      <w:tr>
        <w:tc>
          <w:tcPr>
            <w:tcW w:type="dxa" w:w="532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>
              <w:t>Position / Duties:</w:t>
            </w:r>
          </w:p>
        </w:tc>
        <w:tc>
          <w:tcPr>
            <w:tcW w:type="dxa" w:w="532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>
              <w:t>Dates Employed:</w:t>
            </w:r>
          </w:p>
        </w:tc>
      </w:tr>
      <w:tr>
        <w:tc>
          <w:tcPr>
            <w:tcW w:type="dxa" w:w="532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>
              <w:t>Reason for Leaving:</w:t>
            </w:r>
          </w:p>
        </w:tc>
        <w:tc>
          <w:tcPr>
            <w:tcW w:type="dxa" w:w="532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>
              <w:t>May we contact?  ☐ Yes  ☐ No</w:t>
            </w:r>
          </w:p>
        </w:tc>
      </w:tr>
    </w:tbl>
    <w:p>
      <w:pPr>
        <w:spacing w:after="0"/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532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>
              <w:t>Employer 2:</w:t>
            </w:r>
          </w:p>
        </w:tc>
        <w:tc>
          <w:tcPr>
            <w:tcW w:type="dxa" w:w="532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>
              <w:t>Phone:</w:t>
            </w:r>
          </w:p>
        </w:tc>
      </w:tr>
      <w:tr>
        <w:tc>
          <w:tcPr>
            <w:tcW w:type="dxa" w:w="532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>
              <w:t>Address:</w:t>
            </w:r>
          </w:p>
        </w:tc>
        <w:tc>
          <w:tcPr>
            <w:tcW w:type="dxa" w:w="532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>
              <w:t>Supervisor:</w:t>
            </w:r>
          </w:p>
        </w:tc>
      </w:tr>
      <w:tr>
        <w:tc>
          <w:tcPr>
            <w:tcW w:type="dxa" w:w="532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>
              <w:t>Position / Duties:</w:t>
            </w:r>
          </w:p>
        </w:tc>
        <w:tc>
          <w:tcPr>
            <w:tcW w:type="dxa" w:w="532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>
              <w:t>Dates Employed:</w:t>
            </w:r>
          </w:p>
        </w:tc>
      </w:tr>
      <w:tr>
        <w:tc>
          <w:tcPr>
            <w:tcW w:type="dxa" w:w="532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>
              <w:t>Reason for Leaving:</w:t>
            </w:r>
          </w:p>
        </w:tc>
        <w:tc>
          <w:tcPr>
            <w:tcW w:type="dxa" w:w="532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>
              <w:t>May we contact?  ☐ Yes  ☐ No</w:t>
            </w:r>
          </w:p>
        </w:tc>
      </w:tr>
    </w:tbl>
    <w:p>
      <w:pPr>
        <w:spacing w:after="0"/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532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>
              <w:t>Employer 3:</w:t>
            </w:r>
          </w:p>
        </w:tc>
        <w:tc>
          <w:tcPr>
            <w:tcW w:type="dxa" w:w="532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>
              <w:t>Phone:</w:t>
            </w:r>
          </w:p>
        </w:tc>
      </w:tr>
      <w:tr>
        <w:tc>
          <w:tcPr>
            <w:tcW w:type="dxa" w:w="532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>
              <w:t>Address:</w:t>
            </w:r>
          </w:p>
        </w:tc>
        <w:tc>
          <w:tcPr>
            <w:tcW w:type="dxa" w:w="532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>
              <w:t>Supervisor:</w:t>
            </w:r>
          </w:p>
        </w:tc>
      </w:tr>
      <w:tr>
        <w:tc>
          <w:tcPr>
            <w:tcW w:type="dxa" w:w="532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>
              <w:t>Position / Duties:</w:t>
            </w:r>
          </w:p>
        </w:tc>
        <w:tc>
          <w:tcPr>
            <w:tcW w:type="dxa" w:w="532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>
              <w:t>Dates Employed:</w:t>
            </w:r>
          </w:p>
        </w:tc>
      </w:tr>
      <w:tr>
        <w:tc>
          <w:tcPr>
            <w:tcW w:type="dxa" w:w="532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>
              <w:t>Reason for Leaving:</w:t>
            </w:r>
          </w:p>
        </w:tc>
        <w:tc>
          <w:tcPr>
            <w:tcW w:type="dxa" w:w="532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>
              <w:t>May we contact?  ☐ Yes  ☐ No</w:t>
            </w:r>
          </w:p>
        </w:tc>
      </w:tr>
    </w:tbl>
    <w:p>
      <w:pPr>
        <w:spacing w:after="0"/>
      </w:pPr>
    </w:p>
    <w:p>
      <w:pPr>
        <w:spacing w:before="100" w:after="40"/>
        <w:shd w:fill="D9EAF7"/>
      </w:pPr>
      <w:r>
        <w:rPr>
          <w:b/>
          <w:sz w:val="21"/>
        </w:rPr>
        <w:t>6. PROFESSIONAL REFERENCES - THREE REQUIRED</w:t>
      </w:r>
    </w:p>
    <w:p>
      <w:pPr>
        <w:spacing w:after="40"/>
      </w:pPr>
      <w:r>
        <w:t>List three professional references who can speak to your healthcare work, reliability, competence, or professional conduct. Do not list relatives unless they directly supervised your professional work.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76"/>
        <w:gridCol w:w="1776"/>
        <w:gridCol w:w="1776"/>
        <w:gridCol w:w="1776"/>
        <w:gridCol w:w="1776"/>
        <w:gridCol w:w="1776"/>
      </w:tblGrid>
      <w:tr>
        <w:tc>
          <w:tcPr>
            <w:tcW w:type="dxa" w:w="1776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EAF2F8"/>
          </w:tcPr>
          <w:p>
            <w:r>
              <w:t>#</w:t>
            </w:r>
          </w:p>
        </w:tc>
        <w:tc>
          <w:tcPr>
            <w:tcW w:type="dxa" w:w="1776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EAF2F8"/>
          </w:tcPr>
          <w:p>
            <w:r>
              <w:t>Name / Title</w:t>
            </w:r>
          </w:p>
        </w:tc>
        <w:tc>
          <w:tcPr>
            <w:tcW w:type="dxa" w:w="1776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EAF2F8"/>
          </w:tcPr>
          <w:p>
            <w:r>
              <w:t>Organization</w:t>
            </w:r>
          </w:p>
        </w:tc>
        <w:tc>
          <w:tcPr>
            <w:tcW w:type="dxa" w:w="1776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EAF2F8"/>
          </w:tcPr>
          <w:p>
            <w:r>
              <w:t>Phone</w:t>
            </w:r>
          </w:p>
        </w:tc>
        <w:tc>
          <w:tcPr>
            <w:tcW w:type="dxa" w:w="1776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EAF2F8"/>
          </w:tcPr>
          <w:p>
            <w:r>
              <w:t>Email</w:t>
            </w:r>
          </w:p>
        </w:tc>
        <w:tc>
          <w:tcPr>
            <w:tcW w:type="dxa" w:w="1776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EAF2F8"/>
          </w:tcPr>
          <w:p>
            <w:r>
              <w:t>Relationship / Years Known</w:t>
            </w:r>
          </w:p>
        </w:tc>
      </w:tr>
      <w:tr>
        <w:tc>
          <w:tcPr>
            <w:tcW w:type="dxa" w:w="1776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>
              <w:t>1</w:t>
            </w:r>
          </w:p>
        </w:tc>
        <w:tc>
          <w:tcPr>
            <w:tcW w:type="dxa" w:w="1776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/>
          </w:p>
        </w:tc>
        <w:tc>
          <w:tcPr>
            <w:tcW w:type="dxa" w:w="1776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/>
          </w:p>
        </w:tc>
        <w:tc>
          <w:tcPr>
            <w:tcW w:type="dxa" w:w="1776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/>
          </w:p>
        </w:tc>
        <w:tc>
          <w:tcPr>
            <w:tcW w:type="dxa" w:w="1776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/>
          </w:p>
        </w:tc>
        <w:tc>
          <w:tcPr>
            <w:tcW w:type="dxa" w:w="1776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/>
          </w:p>
        </w:tc>
      </w:tr>
      <w:tr>
        <w:tc>
          <w:tcPr>
            <w:tcW w:type="dxa" w:w="1776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>
              <w:t>2</w:t>
            </w:r>
          </w:p>
        </w:tc>
        <w:tc>
          <w:tcPr>
            <w:tcW w:type="dxa" w:w="1776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/>
          </w:p>
        </w:tc>
        <w:tc>
          <w:tcPr>
            <w:tcW w:type="dxa" w:w="1776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/>
          </w:p>
        </w:tc>
        <w:tc>
          <w:tcPr>
            <w:tcW w:type="dxa" w:w="1776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/>
          </w:p>
        </w:tc>
        <w:tc>
          <w:tcPr>
            <w:tcW w:type="dxa" w:w="1776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/>
          </w:p>
        </w:tc>
        <w:tc>
          <w:tcPr>
            <w:tcW w:type="dxa" w:w="1776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/>
          </w:p>
        </w:tc>
      </w:tr>
      <w:tr>
        <w:tc>
          <w:tcPr>
            <w:tcW w:type="dxa" w:w="1776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>
              <w:t>3</w:t>
            </w:r>
          </w:p>
        </w:tc>
        <w:tc>
          <w:tcPr>
            <w:tcW w:type="dxa" w:w="1776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/>
          </w:p>
        </w:tc>
        <w:tc>
          <w:tcPr>
            <w:tcW w:type="dxa" w:w="1776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/>
          </w:p>
        </w:tc>
        <w:tc>
          <w:tcPr>
            <w:tcW w:type="dxa" w:w="1776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/>
          </w:p>
        </w:tc>
        <w:tc>
          <w:tcPr>
            <w:tcW w:type="dxa" w:w="1776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/>
          </w:p>
        </w:tc>
        <w:tc>
          <w:tcPr>
            <w:tcW w:type="dxa" w:w="1776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/>
          </w:p>
        </w:tc>
      </w:tr>
    </w:tbl>
    <w:p>
      <w:pPr>
        <w:spacing w:before="100" w:after="40"/>
        <w:shd w:fill="D9EAF7"/>
      </w:pPr>
      <w:r>
        <w:rPr>
          <w:b/>
          <w:sz w:val="21"/>
        </w:rPr>
        <w:t>7. RESUME &amp; SUPPORTING DOCUMENTS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c>
          <w:tcPr>
            <w:tcW w:type="dxa" w:w="3552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>
              <w:t>☐ Current resume attached</w:t>
            </w:r>
          </w:p>
        </w:tc>
        <w:tc>
          <w:tcPr>
            <w:tcW w:type="dxa" w:w="3552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>
              <w:t>☐ License/certification copies attached</w:t>
            </w:r>
          </w:p>
        </w:tc>
        <w:tc>
          <w:tcPr>
            <w:tcW w:type="dxa" w:w="3552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>
              <w:t>☐ BLS/CPR copy attached</w:t>
            </w:r>
          </w:p>
        </w:tc>
      </w:tr>
      <w:tr>
        <w:tc>
          <w:tcPr>
            <w:tcW w:type="dxa" w:w="3552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>
              <w:t>☐ Other supporting credentials attached</w:t>
            </w:r>
          </w:p>
        </w:tc>
        <w:tc>
          <w:tcPr>
            <w:tcW w:type="dxa" w:w="3552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>
              <w:t>☐ References provided above</w:t>
            </w:r>
          </w:p>
        </w:tc>
        <w:tc>
          <w:tcPr>
            <w:tcW w:type="dxa" w:w="3552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>
              <w:t>☐ Additional documentation: __________________________</w:t>
            </w:r>
          </w:p>
        </w:tc>
      </w:tr>
    </w:tbl>
    <w:p>
      <w:pPr>
        <w:spacing w:before="100" w:after="40"/>
        <w:shd w:fill="D9EAF7"/>
      </w:pPr>
      <w:r>
        <w:rPr>
          <w:b/>
          <w:sz w:val="21"/>
        </w:rPr>
        <w:t>8. APPLICANT STATEMENTS &amp; AUTHORIZATION</w:t>
      </w:r>
    </w:p>
    <w:p>
      <w:pPr>
        <w:spacing w:after="40"/>
      </w:pPr>
      <w:r>
        <w:rPr>
          <w:b/>
        </w:rPr>
        <w:t xml:space="preserve">Please read carefully. </w:t>
      </w:r>
      <w:r>
        <w:t>I certify that the information provided in this application and in any attached resume or supporting document is true and complete to the best of my knowledge. I understand that material misrepresentation or omission may result in withdrawal of an employment offer or termination of employment, subject to applicable law. I authorize the facility and its authorized representatives to verify information relevant to my qualifications for employment, including employment history, professional references, education, and professional licenses/certifications. I understand that any background check, health screening, TB screening, physical examination, drug testing, or other pre-employment requirement will be conducted only as permitted by applicable law and facility policy.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532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>
              <w:t>Applicant Signature:</w:t>
            </w:r>
          </w:p>
        </w:tc>
        <w:tc>
          <w:tcPr>
            <w:tcW w:type="dxa" w:w="532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>
              <w:t>Date:</w:t>
            </w:r>
          </w:p>
        </w:tc>
      </w:tr>
      <w:tr>
        <w:tc>
          <w:tcPr>
            <w:tcW w:type="dxa" w:w="532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>
              <w:t>Printed Name:</w:t>
            </w:r>
          </w:p>
        </w:tc>
        <w:tc>
          <w:tcPr>
            <w:tcW w:type="dxa" w:w="532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/>
          </w:p>
        </w:tc>
      </w:tr>
    </w:tbl>
    <w:p>
      <w:pPr>
        <w:spacing w:before="100" w:after="40"/>
        <w:shd w:fill="D9EAF7"/>
      </w:pPr>
      <w:r>
        <w:rPr>
          <w:b/>
          <w:sz w:val="21"/>
        </w:rPr>
        <w:t>9. FOR FACILITY / HUMAN RESOURCES USE ONLY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EAF2F8"/>
          </w:tcPr>
          <w:p>
            <w:r>
              <w:t>Item</w:t>
            </w:r>
          </w:p>
        </w:tc>
        <w:tc>
          <w:tcPr>
            <w:tcW w:type="dxa" w:w="2664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EAF2F8"/>
          </w:tcPr>
          <w:p>
            <w:r>
              <w:t>Completed / Verified</w:t>
            </w:r>
          </w:p>
        </w:tc>
        <w:tc>
          <w:tcPr>
            <w:tcW w:type="dxa" w:w="2664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EAF2F8"/>
          </w:tcPr>
          <w:p>
            <w:r>
              <w:t>Date</w:t>
            </w:r>
          </w:p>
        </w:tc>
        <w:tc>
          <w:tcPr>
            <w:tcW w:type="dxa" w:w="2664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EAF2F8"/>
          </w:tcPr>
          <w:p>
            <w:r>
              <w:t>Reviewer / Notes</w:t>
            </w:r>
          </w:p>
        </w:tc>
      </w:tr>
      <w:tr>
        <w:tc>
          <w:tcPr>
            <w:tcW w:type="dxa" w:w="2664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>
              <w:t>Application reviewed</w:t>
            </w:r>
          </w:p>
        </w:tc>
        <w:tc>
          <w:tcPr>
            <w:tcW w:type="dxa" w:w="2664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>
              <w:t>☐</w:t>
            </w:r>
          </w:p>
        </w:tc>
        <w:tc>
          <w:tcPr>
            <w:tcW w:type="dxa" w:w="2664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/>
          </w:p>
        </w:tc>
        <w:tc>
          <w:tcPr>
            <w:tcW w:type="dxa" w:w="2664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/>
          </w:p>
        </w:tc>
      </w:tr>
      <w:tr>
        <w:tc>
          <w:tcPr>
            <w:tcW w:type="dxa" w:w="2664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>
              <w:t>Resume received</w:t>
            </w:r>
          </w:p>
        </w:tc>
        <w:tc>
          <w:tcPr>
            <w:tcW w:type="dxa" w:w="2664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>
              <w:t>☐</w:t>
            </w:r>
          </w:p>
        </w:tc>
        <w:tc>
          <w:tcPr>
            <w:tcW w:type="dxa" w:w="2664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/>
          </w:p>
        </w:tc>
        <w:tc>
          <w:tcPr>
            <w:tcW w:type="dxa" w:w="2664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/>
          </w:p>
        </w:tc>
      </w:tr>
      <w:tr>
        <w:tc>
          <w:tcPr>
            <w:tcW w:type="dxa" w:w="2664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>
              <w:t>Professional license/certification primary-source verified</w:t>
            </w:r>
          </w:p>
        </w:tc>
        <w:tc>
          <w:tcPr>
            <w:tcW w:type="dxa" w:w="2664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>
              <w:t>☐</w:t>
            </w:r>
          </w:p>
        </w:tc>
        <w:tc>
          <w:tcPr>
            <w:tcW w:type="dxa" w:w="2664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/>
          </w:p>
        </w:tc>
        <w:tc>
          <w:tcPr>
            <w:tcW w:type="dxa" w:w="2664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/>
          </w:p>
        </w:tc>
      </w:tr>
      <w:tr>
        <w:tc>
          <w:tcPr>
            <w:tcW w:type="dxa" w:w="2664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>
              <w:t>Three references checked</w:t>
            </w:r>
          </w:p>
        </w:tc>
        <w:tc>
          <w:tcPr>
            <w:tcW w:type="dxa" w:w="2664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>
              <w:t>☐</w:t>
            </w:r>
          </w:p>
        </w:tc>
        <w:tc>
          <w:tcPr>
            <w:tcW w:type="dxa" w:w="2664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/>
          </w:p>
        </w:tc>
        <w:tc>
          <w:tcPr>
            <w:tcW w:type="dxa" w:w="2664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/>
          </w:p>
        </w:tc>
      </w:tr>
      <w:tr>
        <w:tc>
          <w:tcPr>
            <w:tcW w:type="dxa" w:w="2664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>
              <w:t>Job description reviewed/signed</w:t>
            </w:r>
          </w:p>
        </w:tc>
        <w:tc>
          <w:tcPr>
            <w:tcW w:type="dxa" w:w="2664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>
              <w:t>☐</w:t>
            </w:r>
          </w:p>
        </w:tc>
        <w:tc>
          <w:tcPr>
            <w:tcW w:type="dxa" w:w="2664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/>
          </w:p>
        </w:tc>
        <w:tc>
          <w:tcPr>
            <w:tcW w:type="dxa" w:w="2664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/>
          </w:p>
        </w:tc>
      </w:tr>
      <w:tr>
        <w:tc>
          <w:tcPr>
            <w:tcW w:type="dxa" w:w="2664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>
              <w:t>Required pre-employment health/TB documentation completed</w:t>
            </w:r>
          </w:p>
        </w:tc>
        <w:tc>
          <w:tcPr>
            <w:tcW w:type="dxa" w:w="2664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>
              <w:t>☐</w:t>
            </w:r>
          </w:p>
        </w:tc>
        <w:tc>
          <w:tcPr>
            <w:tcW w:type="dxa" w:w="2664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/>
          </w:p>
        </w:tc>
        <w:tc>
          <w:tcPr>
            <w:tcW w:type="dxa" w:w="2664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/>
          </w:p>
        </w:tc>
      </w:tr>
      <w:tr>
        <w:tc>
          <w:tcPr>
            <w:tcW w:type="dxa" w:w="2664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>
              <w:t>Background/other lawful screening completed, if applicable</w:t>
            </w:r>
          </w:p>
        </w:tc>
        <w:tc>
          <w:tcPr>
            <w:tcW w:type="dxa" w:w="2664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>
              <w:t>☐</w:t>
            </w:r>
          </w:p>
        </w:tc>
        <w:tc>
          <w:tcPr>
            <w:tcW w:type="dxa" w:w="2664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/>
          </w:p>
        </w:tc>
        <w:tc>
          <w:tcPr>
            <w:tcW w:type="dxa" w:w="2664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/>
          </w:p>
        </w:tc>
      </w:tr>
      <w:tr>
        <w:tc>
          <w:tcPr>
            <w:tcW w:type="dxa" w:w="2664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>
              <w:t>Initial orientation scheduled/completed</w:t>
            </w:r>
          </w:p>
        </w:tc>
        <w:tc>
          <w:tcPr>
            <w:tcW w:type="dxa" w:w="2664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>
              <w:t>☐</w:t>
            </w:r>
          </w:p>
        </w:tc>
        <w:tc>
          <w:tcPr>
            <w:tcW w:type="dxa" w:w="2664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/>
          </w:p>
        </w:tc>
        <w:tc>
          <w:tcPr>
            <w:tcW w:type="dxa" w:w="2664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/>
          </w:p>
        </w:tc>
      </w:tr>
      <w:tr>
        <w:tc>
          <w:tcPr>
            <w:tcW w:type="dxa" w:w="2664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>
              <w:t>Competency validation required for position</w:t>
            </w:r>
          </w:p>
        </w:tc>
        <w:tc>
          <w:tcPr>
            <w:tcW w:type="dxa" w:w="2664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>
              <w:t>☐</w:t>
            </w:r>
          </w:p>
        </w:tc>
        <w:tc>
          <w:tcPr>
            <w:tcW w:type="dxa" w:w="2664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/>
          </w:p>
        </w:tc>
        <w:tc>
          <w:tcPr>
            <w:tcW w:type="dxa" w:w="2664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/>
          </w:p>
        </w:tc>
      </w:tr>
    </w:tbl>
    <w:p>
      <w:pPr>
        <w:spacing w:before="80"/>
      </w:pPr>
      <w:r>
        <w:rPr>
          <w:b/>
        </w:rPr>
        <w:t xml:space="preserve">Hiring Decision:  </w:t>
      </w:r>
      <w:r>
        <w:t>☐ Hire   ☐ Do Not Hire   ☐ Pending Additional Information     Position: ______________________________</w:t>
      </w:r>
    </w:p>
    <w:p>
      <w:pPr>
        <w:spacing w:after="0"/>
      </w:pPr>
      <w:r>
        <w:t>Start Date: __________________    Supervisor: ______________________________    HR/Administrator Signature: ______________________________</w:t>
      </w:r>
    </w:p>
    <w:sectPr w:rsidR="00FC693F" w:rsidRPr="0006063C" w:rsidSect="00034616">
      <w:footerReference w:type="default" r:id="rId9"/>
      <w:pgSz w:w="12240" w:h="15840"/>
      <w:pgMar w:top="648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CLHF Healthcare Employment Application | Personnel Record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3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17365D" w:themeColor="text2" w:themeShade="B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