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ACTIVITIES DIRECTOR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Activities Director / Activities Coordinator</w:t>
            </w:r>
          </w:p>
        </w:tc>
      </w:tr>
      <w:tr>
        <w:tc>
          <w:tcPr>
            <w:tcW w:type="dxa" w:w="5184"/>
          </w:tcPr>
          <w:p>
            <w:r>
              <w:t>Reports To</w:t>
            </w:r>
          </w:p>
        </w:tc>
        <w:tc>
          <w:tcPr>
            <w:tcW w:type="dxa" w:w="5184"/>
          </w:tcPr>
          <w:p>
            <w:r>
              <w:t>Administrator</w:t>
            </w:r>
          </w:p>
        </w:tc>
      </w:tr>
      <w:tr>
        <w:tc>
          <w:tcPr>
            <w:tcW w:type="dxa" w:w="5184"/>
          </w:tcPr>
          <w:p>
            <w:r>
              <w:t>Works With</w:t>
            </w:r>
          </w:p>
        </w:tc>
        <w:tc>
          <w:tcPr>
            <w:tcW w:type="dxa" w:w="5184"/>
          </w:tcPr>
          <w:p>
            <w:r>
              <w:t>Nursing, Residents, Families/Responsible Parties, Interdisciplinary Team</w:t>
            </w:r>
          </w:p>
        </w:tc>
      </w:tr>
      <w:tr>
        <w:tc>
          <w:tcPr>
            <w:tcW w:type="dxa" w:w="5184"/>
          </w:tcPr>
          <w:p>
            <w:r>
              <w:t>Employment Status</w:t>
            </w:r>
          </w:p>
        </w:tc>
        <w:tc>
          <w:tcPr>
            <w:tcW w:type="dxa" w:w="5184"/>
          </w:tcPr>
          <w:p>
            <w:r>
              <w:t>☐ Full-Time   ☐ Part-Time   ☐ Other: __________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Activities Director is responsible for planning, coordinating, implementing, and evaluating an organized program of recreational, social, cultural, cognitive, spiritual, and therapeutic activities appropriate to the interests, abilities, preferences, diagnoses, and individual needs of residents of the Congregate Living Health Facility. The Activities Director promotes resident choice, dignity, independence, socialization, quality of life, and meaningful engagement while coordinating activities safely with nursing and other members of the resident-care team.</w:t>
      </w:r>
    </w:p>
    <w:p>
      <w:pPr>
        <w:spacing w:before="120" w:after="60"/>
        <w:shd w:fill="D9EAF7"/>
      </w:pPr>
      <w:r>
        <w:rPr>
          <w:b/>
          <w:sz w:val="22"/>
        </w:rPr>
        <w:t>ESSENTIAL DUTIES AND RESPONSIBILITIES</w:t>
      </w:r>
    </w:p>
    <w:p>
      <w:pPr>
        <w:pStyle w:val="ListBullet"/>
        <w:spacing w:after="20"/>
      </w:pPr>
      <w:r>
        <w:t>Develop and maintain an organized activities program appropriate to the resident population, facility size, resident abilities, interests, cultural backgrounds, preferences, and care needs.</w:t>
      </w:r>
    </w:p>
    <w:p>
      <w:pPr>
        <w:pStyle w:val="ListBullet"/>
        <w:spacing w:after="20"/>
      </w:pPr>
      <w:r>
        <w:t>Assess or obtain information regarding each resident's interests, hobbies, routines, abilities, limitations, preferred activities, cultural interests, spiritual preferences, and social needs.</w:t>
      </w:r>
    </w:p>
    <w:p>
      <w:pPr>
        <w:pStyle w:val="ListBullet"/>
        <w:spacing w:after="20"/>
      </w:pPr>
      <w:r>
        <w:t>Develop individual and group activities that provide meaningful opportunities for recreation, socialization, cognitive stimulation, creativity, entertainment, relaxation, and community involvement.</w:t>
      </w:r>
    </w:p>
    <w:p>
      <w:pPr>
        <w:pStyle w:val="ListBullet"/>
        <w:spacing w:after="20"/>
      </w:pPr>
      <w:r>
        <w:t>Prepare and maintain a monthly activities calendar and make it readily available to residents, staff, and families/responsible parties.</w:t>
      </w:r>
    </w:p>
    <w:p>
      <w:pPr>
        <w:pStyle w:val="ListBullet"/>
        <w:spacing w:after="20"/>
      </w:pPr>
      <w:r>
        <w:t>Plan activities at varied times and days so residents have reasonable opportunities to participate regardless of individual schedules or care needs.</w:t>
      </w:r>
    </w:p>
    <w:p>
      <w:pPr>
        <w:pStyle w:val="ListBullet"/>
        <w:spacing w:after="20"/>
      </w:pPr>
      <w:r>
        <w:t>Offer alternatives and individualized activities for residents who are unable or choose not to participate in group activities.</w:t>
      </w:r>
    </w:p>
    <w:p>
      <w:pPr>
        <w:pStyle w:val="ListBullet"/>
        <w:spacing w:after="20"/>
      </w:pPr>
      <w:r>
        <w:t>Encourage resident choice and participation without coercion and respect a resident's right to decline an activity.</w:t>
      </w:r>
    </w:p>
    <w:p>
      <w:pPr>
        <w:pStyle w:val="ListBullet"/>
        <w:spacing w:after="20"/>
      </w:pPr>
      <w:r>
        <w:t>Coordinate activities with nursing staff to account for resident medical conditions, mobility limitations, fall risk, oxygen use, dietary restrictions, infection-control precautions, appointments, treatments, fatigue, and other safety considerations.</w:t>
      </w:r>
    </w:p>
    <w:p>
      <w:pPr>
        <w:pStyle w:val="ListBullet"/>
        <w:spacing w:after="20"/>
      </w:pPr>
      <w:r>
        <w:t>Ensure activities are adapted to resident functional abilities and that needed assistive devices, positioning, supervision, or accommodations are available.</w:t>
      </w:r>
    </w:p>
    <w:p>
      <w:pPr>
        <w:pStyle w:val="ListBullet"/>
        <w:spacing w:after="20"/>
      </w:pPr>
      <w:r>
        <w:t>Provide or coordinate bedside/in-room activities for residents whose condition or preferences limit participation outside their rooms.</w:t>
      </w:r>
    </w:p>
    <w:p>
      <w:pPr>
        <w:pStyle w:val="ListBullet"/>
        <w:spacing w:after="20"/>
      </w:pPr>
      <w:r>
        <w:t>Organize appropriate celebrations, seasonal programs, music, games, arts and crafts, reading, movies, exercise/movement activities, educational programs, spiritual opportunities, and other resident-centered activities.</w:t>
      </w:r>
    </w:p>
    <w:p>
      <w:pPr>
        <w:pStyle w:val="ListBullet"/>
        <w:spacing w:after="20"/>
      </w:pPr>
      <w:r>
        <w:t>Facilitate safe outdoor and community activities when appropriate and authorized by facility policy and the resident's condition.</w:t>
      </w:r>
    </w:p>
    <w:p>
      <w:pPr>
        <w:pStyle w:val="ListBullet"/>
        <w:spacing w:after="20"/>
      </w:pPr>
      <w:r>
        <w:t>Coordinate volunteers, entertainers, community groups, clergy, vendors, and outside activity resources in accordance with facility policy.</w:t>
      </w:r>
    </w:p>
    <w:p>
      <w:pPr>
        <w:pStyle w:val="ListBullet"/>
        <w:spacing w:after="20"/>
      </w:pPr>
      <w:r>
        <w:t>Ensure outside participants and volunteers receive appropriate instructions regarding resident privacy, safety, infection prevention, emergency procedures, and facility expectations.</w:t>
      </w:r>
    </w:p>
    <w:p>
      <w:pPr>
        <w:pStyle w:val="ListBullet"/>
        <w:spacing w:after="20"/>
      </w:pPr>
      <w:r>
        <w:t>Maintain adequate activity supplies and equipment and ensure materials are clean, safe, age-appropriate, and maintained in good condition.</w:t>
      </w:r>
    </w:p>
    <w:p>
      <w:pPr>
        <w:pStyle w:val="ListBullet"/>
        <w:spacing w:after="20"/>
      </w:pPr>
      <w:r>
        <w:t>Monitor activity areas for environmental hazards and immediately report unsafe conditions or damaged equipment.</w:t>
      </w:r>
    </w:p>
    <w:p>
      <w:pPr>
        <w:pStyle w:val="ListBullet"/>
        <w:spacing w:after="20"/>
      </w:pPr>
      <w:r>
        <w:t>Observe residents during activities and promptly report changes in condition, pain, shortness of breath, dizziness, confusion, behavioral changes, falls, injuries, swallowing concerns, or other health/safety issues to licensed nursing personnel.</w:t>
      </w:r>
    </w:p>
    <w:p>
      <w:pPr>
        <w:pStyle w:val="ListBullet"/>
        <w:spacing w:after="20"/>
      </w:pPr>
      <w:r>
        <w:t>Follow infection-prevention practices including hand hygiene, appropriate cleaning of shared activity items, use of PPE when indicated, and restrictions during outbreaks or transmission-based precautions.</w:t>
      </w:r>
    </w:p>
    <w:p>
      <w:pPr>
        <w:pStyle w:val="ListBullet"/>
        <w:spacing w:after="20"/>
      </w:pPr>
      <w:r>
        <w:t>Protect resident confidentiality and avoid displaying or disclosing protected health information during activities or public events.</w:t>
      </w:r>
    </w:p>
    <w:p>
      <w:pPr>
        <w:pStyle w:val="ListBullet"/>
        <w:spacing w:after="20"/>
      </w:pPr>
      <w:r>
        <w:t>Promote resident rights, dignity, privacy, respect, cultural sensitivity, and freedom from discrimination, abuse, neglect, exploitation, or retaliation.</w:t>
      </w:r>
    </w:p>
    <w:p>
      <w:pPr>
        <w:pStyle w:val="ListBullet"/>
        <w:spacing w:after="20"/>
      </w:pPr>
      <w:r>
        <w:t>Document resident participation, response, preferences, refusals, significant observations, and other required activity information according to facility policy.</w:t>
      </w:r>
    </w:p>
    <w:p>
      <w:pPr>
        <w:pStyle w:val="ListBullet"/>
        <w:spacing w:after="20"/>
      </w:pPr>
      <w:r>
        <w:t>Participate in resident care planning or interdisciplinary discussions when activity needs, preferences, psychosocial concerns, or quality-of-life goals are relevant.</w:t>
      </w:r>
    </w:p>
    <w:p>
      <w:pPr>
        <w:pStyle w:val="ListBullet"/>
        <w:spacing w:after="20"/>
      </w:pPr>
      <w:r>
        <w:t>Communicate significant resident preferences, social concerns, isolation, mood changes, or participation changes to nursing and facility leadership.</w:t>
      </w:r>
    </w:p>
    <w:p>
      <w:pPr>
        <w:pStyle w:val="ListBullet"/>
        <w:spacing w:after="20"/>
      </w:pPr>
      <w:r>
        <w:t>Solicit resident input regarding desired activities and use feedback to improve the activity program.</w:t>
      </w:r>
    </w:p>
    <w:p>
      <w:pPr>
        <w:pStyle w:val="ListBullet"/>
        <w:spacing w:after="20"/>
      </w:pPr>
      <w:r>
        <w:t>Maintain records of activity calendars, attendance/participation, special events, volunteer involvement, resident preferences, and program evaluations as required by facility policy.</w:t>
      </w:r>
    </w:p>
    <w:p>
      <w:pPr>
        <w:pStyle w:val="ListBullet"/>
        <w:spacing w:after="20"/>
      </w:pPr>
      <w:r>
        <w:t>Evaluate the effectiveness of the activity program and revise activities based on resident response, participation, changing needs, and quality-improvement findings.</w:t>
      </w:r>
    </w:p>
    <w:p>
      <w:pPr>
        <w:pStyle w:val="ListBullet"/>
        <w:spacing w:after="20"/>
      </w:pPr>
      <w:r>
        <w:t>Participate in quality assurance/performance improvement activities related to resident engagement, socialization, quality of life, resident satisfaction, and identified concerns.</w:t>
      </w:r>
    </w:p>
    <w:p>
      <w:pPr>
        <w:pStyle w:val="ListBullet"/>
        <w:spacing w:after="20"/>
      </w:pPr>
      <w:r>
        <w:t>Participate in required orientation, annual education, resident-rights training, abuse-prevention training, infection-control education, emergency/fire drills, and other required staff education.</w:t>
      </w:r>
    </w:p>
    <w:p>
      <w:pPr>
        <w:pStyle w:val="ListBullet"/>
        <w:spacing w:after="20"/>
      </w:pPr>
      <w:r>
        <w:t>Know and follow emergency procedures and assist residents during emergencies or evacuation within assigned responsibilities and training.</w:t>
      </w:r>
    </w:p>
    <w:p>
      <w:pPr>
        <w:pStyle w:val="ListBullet"/>
        <w:spacing w:after="20"/>
      </w:pPr>
      <w:r>
        <w:t>Cooperate with CDPH and other authorized regulatory surveys and provide requested activity-program documentation within assigned responsibilities.</w:t>
      </w:r>
    </w:p>
    <w:p>
      <w:pPr>
        <w:pStyle w:val="ListBullet"/>
        <w:spacing w:after="20"/>
      </w:pPr>
      <w:r>
        <w:t>Perform other activity-related duties consistent with qualifications, resident needs, facility policy, and applicable requirements.</w:t>
      </w:r>
    </w:p>
    <w:p>
      <w:pPr>
        <w:spacing w:before="120" w:after="60"/>
        <w:shd w:fill="D9EAF7"/>
      </w:pPr>
      <w:r>
        <w:rPr>
          <w:b/>
          <w:sz w:val="22"/>
        </w:rPr>
        <w:t>MINIMUM QUALIFICATIONS</w:t>
      </w:r>
    </w:p>
    <w:p>
      <w:pPr>
        <w:pStyle w:val="ListBullet"/>
        <w:spacing w:after="20"/>
      </w:pPr>
      <w:r>
        <w:t>Education, training, and/or experience appropriate to directing or coordinating activities for adults with healthcare, disability, rehabilitation, long-term care, or similar support needs.</w:t>
      </w:r>
    </w:p>
    <w:p>
      <w:pPr>
        <w:pStyle w:val="ListBullet"/>
        <w:spacing w:after="20"/>
      </w:pPr>
      <w:r>
        <w:t>Demonstrated ability to organize and conduct individual and group activities appropriate to residents with varying physical and cognitive abilities.</w:t>
      </w:r>
    </w:p>
    <w:p>
      <w:pPr>
        <w:pStyle w:val="ListBullet"/>
        <w:spacing w:after="20"/>
      </w:pPr>
      <w:r>
        <w:t>Ability to communicate effectively and respectfully with residents, families/responsible parties, staff, volunteers, and community organizations.</w:t>
      </w:r>
    </w:p>
    <w:p>
      <w:pPr>
        <w:pStyle w:val="ListBullet"/>
        <w:spacing w:after="20"/>
      </w:pPr>
      <w:r>
        <w:t>Ability to recognize resident safety concerns and promptly obtain assistance from licensed nursing personnel.</w:t>
      </w:r>
    </w:p>
    <w:p>
      <w:pPr>
        <w:pStyle w:val="ListBullet"/>
        <w:spacing w:after="20"/>
      </w:pPr>
      <w:r>
        <w:t>Successful completion of required facility orientation, health/TB screening, and job-specific training.</w:t>
      </w:r>
    </w:p>
    <w:p>
      <w:pPr>
        <w:pStyle w:val="ListBullet"/>
        <w:spacing w:after="20"/>
      </w:pPr>
      <w:r>
        <w:t>CPR/BLS certification when required by facility policy or assigned duties.</w:t>
      </w:r>
    </w:p>
    <w:p>
      <w:pPr>
        <w:pStyle w:val="ListBullet"/>
        <w:spacing w:after="20"/>
      </w:pPr>
      <w:r>
        <w:t>Activity professional certification or relevant education is preferred when appropriate to the facility's program but must meet any specific qualification requirements applicable to the facility.</w:t>
      </w:r>
    </w:p>
    <w:p>
      <w:pPr>
        <w:spacing w:before="120" w:after="60"/>
        <w:shd w:fill="D9EAF7"/>
      </w:pPr>
      <w:r>
        <w:rPr>
          <w:b/>
          <w:sz w:val="22"/>
        </w:rPr>
        <w:t>REQUIRED COMPETENCIES</w:t>
      </w:r>
    </w:p>
    <w:p>
      <w:pPr>
        <w:pStyle w:val="ListBullet"/>
        <w:spacing w:after="20"/>
      </w:pPr>
      <w:r>
        <w:t>Resident-centered activity planning</w:t>
      </w:r>
    </w:p>
    <w:p>
      <w:pPr>
        <w:pStyle w:val="ListBullet"/>
        <w:spacing w:after="20"/>
      </w:pPr>
      <w:r>
        <w:t>Individual and group activity facilitation</w:t>
      </w:r>
    </w:p>
    <w:p>
      <w:pPr>
        <w:pStyle w:val="ListBullet"/>
        <w:spacing w:after="20"/>
      </w:pPr>
      <w:r>
        <w:t>Resident rights, dignity, privacy, and choice</w:t>
      </w:r>
    </w:p>
    <w:p>
      <w:pPr>
        <w:pStyle w:val="ListBullet"/>
        <w:spacing w:after="20"/>
      </w:pPr>
      <w:r>
        <w:t>Communication with residents with physical or communication limitations</w:t>
      </w:r>
    </w:p>
    <w:p>
      <w:pPr>
        <w:pStyle w:val="ListBullet"/>
        <w:spacing w:after="20"/>
      </w:pPr>
      <w:r>
        <w:t>Activity adaptation for mobility and functional limitations</w:t>
      </w:r>
    </w:p>
    <w:p>
      <w:pPr>
        <w:pStyle w:val="ListBullet"/>
        <w:spacing w:after="20"/>
      </w:pPr>
      <w:r>
        <w:t>Fall prevention and basic resident safety during activities</w:t>
      </w:r>
    </w:p>
    <w:p>
      <w:pPr>
        <w:pStyle w:val="ListBullet"/>
        <w:spacing w:after="20"/>
      </w:pPr>
      <w:r>
        <w:t>Infection prevention and cleaning of shared activity materials</w:t>
      </w:r>
    </w:p>
    <w:p>
      <w:pPr>
        <w:pStyle w:val="ListBullet"/>
        <w:spacing w:after="20"/>
      </w:pPr>
      <w:r>
        <w:t>Recognition and reporting of changes in resident condition</w:t>
      </w:r>
    </w:p>
    <w:p>
      <w:pPr>
        <w:pStyle w:val="ListBullet"/>
        <w:spacing w:after="20"/>
      </w:pPr>
      <w:r>
        <w:t>Emergency and evacuation procedures</w:t>
      </w:r>
    </w:p>
    <w:p>
      <w:pPr>
        <w:pStyle w:val="ListBullet"/>
        <w:spacing w:after="20"/>
      </w:pPr>
      <w:r>
        <w:t>Abuse, neglect, exploitation, and incident reporting</w:t>
      </w:r>
    </w:p>
    <w:p>
      <w:pPr>
        <w:pStyle w:val="ListBullet"/>
        <w:spacing w:after="20"/>
      </w:pPr>
      <w:r>
        <w:t>Confidentiality and appropriate handling of resident information</w:t>
      </w:r>
    </w:p>
    <w:p>
      <w:pPr>
        <w:pStyle w:val="ListBullet"/>
        <w:spacing w:after="20"/>
      </w:pPr>
      <w:r>
        <w:t>Activity documentation and calendar development</w:t>
      </w:r>
    </w:p>
    <w:p>
      <w:pPr>
        <w:pStyle w:val="ListBullet"/>
        <w:spacing w:after="20"/>
      </w:pPr>
      <w:r>
        <w:t>Volunteer/community-resource coordination</w:t>
      </w:r>
    </w:p>
    <w:p>
      <w:pPr>
        <w:pStyle w:val="ListBullet"/>
        <w:spacing w:after="20"/>
      </w:pPr>
      <w:r>
        <w:t>Quality improvement and resident satisfaction</w:t>
      </w:r>
    </w:p>
    <w:p>
      <w:pPr>
        <w:spacing w:before="120" w:after="60"/>
        <w:shd w:fill="D9EAF7"/>
      </w:pPr>
      <w:r>
        <w:rPr>
          <w:b/>
          <w:sz w:val="22"/>
        </w:rPr>
        <w:t>RESIDENT-CENTERED ACTIVITY PROGRAM EXPECTATIONS</w:t>
      </w:r>
    </w:p>
    <w:p>
      <w:pPr>
        <w:pStyle w:val="ListBullet"/>
        <w:spacing w:after="20"/>
      </w:pPr>
      <w:r>
        <w:t>Activities should reflect the actual interests and abilities of the residents rather than relying solely on a generic calendar.</w:t>
      </w:r>
    </w:p>
    <w:p>
      <w:pPr>
        <w:pStyle w:val="ListBullet"/>
        <w:spacing w:after="20"/>
      </w:pPr>
      <w:r>
        <w:t>Residents should have meaningful choices and opportunities for both group and individual engagement.</w:t>
      </w:r>
    </w:p>
    <w:p>
      <w:pPr>
        <w:pStyle w:val="ListBullet"/>
        <w:spacing w:after="20"/>
      </w:pPr>
      <w:r>
        <w:t>Activities should be modified when needed to accommodate disability, illness, mobility limitations, sensory impairment, communication needs, or other resident-specific considerations.</w:t>
      </w:r>
    </w:p>
    <w:p>
      <w:pPr>
        <w:pStyle w:val="ListBullet"/>
        <w:spacing w:after="20"/>
      </w:pPr>
      <w:r>
        <w:t>Participation should never interfere with necessary medical treatment, nursing care, rest, nutrition, or resident safety.</w:t>
      </w:r>
    </w:p>
    <w:p>
      <w:pPr>
        <w:pStyle w:val="ListBullet"/>
        <w:spacing w:after="20"/>
      </w:pPr>
      <w:r>
        <w:t>Resident refusal of an activity must be respected; staff should offer appropriate alternatives rather than forcing participation.</w:t>
      </w:r>
    </w:p>
    <w:p>
      <w:pPr>
        <w:pStyle w:val="ListBullet"/>
        <w:spacing w:after="20"/>
      </w:pPr>
      <w:r>
        <w:t>Changes in participation, social withdrawal, unusual behavior, or other concerning observations should be communicated to nursing staff when clinically relevant.</w:t>
      </w:r>
    </w:p>
    <w:p>
      <w:pPr>
        <w:spacing w:before="120" w:after="60"/>
        <w:shd w:fill="D9EAF7"/>
      </w:pPr>
      <w:r>
        <w:rPr>
          <w:b/>
          <w:sz w:val="22"/>
        </w:rPr>
        <w:t>SCOPE AND LIMITATIONS</w:t>
      </w:r>
    </w:p>
    <w:p>
      <w:pPr>
        <w:pStyle w:val="ListBullet"/>
        <w:spacing w:after="20"/>
      </w:pPr>
      <w:r>
        <w:t>The Activities Director does not independently perform nursing assessments, administer medications, change physician orders, or provide clinical treatments unless separately licensed, authorized, assigned, and acting within that professional scope.</w:t>
      </w:r>
    </w:p>
    <w:p>
      <w:pPr>
        <w:pStyle w:val="ListBullet"/>
        <w:spacing w:after="20"/>
      </w:pPr>
      <w:r>
        <w:t>Immediately refer medical, nursing, behavioral, dietary, swallowing, mobility, or safety concerns to the appropriate licensed or qualified staff member.</w:t>
      </w:r>
    </w:p>
    <w:p>
      <w:pPr>
        <w:pStyle w:val="ListBullet"/>
        <w:spacing w:after="20"/>
      </w:pPr>
      <w:r>
        <w:t>Do not conduct an outing or activity when resident safety needs cannot be adequately supported.</w:t>
      </w:r>
    </w:p>
    <w:p>
      <w:pPr>
        <w:pStyle w:val="ListBullet"/>
        <w:spacing w:after="20"/>
      </w:pPr>
      <w:r>
        <w:t>Do not photograph, record, post, or publicly identify residents without appropriate authorization and compliance with facility privacy policies.</w:t>
      </w:r>
    </w:p>
    <w:p>
      <w:pPr>
        <w:spacing w:before="120" w:after="60"/>
        <w:shd w:fill="D9EAF7"/>
      </w:pPr>
      <w:r>
        <w:rPr>
          <w:b/>
          <w:sz w:val="22"/>
        </w:rPr>
        <w:t>PHYSICAL / FUNCTIONAL REQUIREMENTS</w:t>
      </w:r>
    </w:p>
    <w:p>
      <w:r>
        <w:t>Must be able to perform the essential functions of the position, with or without reasonable accommodation. Duties may include walking throughout the facility, setting up activity areas, moving lightweight supplies and equipment, assisting residents with activity participation within training and assigned responsibilities, communicating with residents with varying abilities, and responding appropriately during emergencies.</w:t>
      </w:r>
    </w:p>
    <w:p>
      <w:pPr>
        <w:spacing w:before="120" w:after="60"/>
        <w:shd w:fill="D9EAF7"/>
      </w:pPr>
      <w:r>
        <w:rPr>
          <w:b/>
          <w:sz w:val="22"/>
        </w:rPr>
        <w:t>PERFORMANCE EXPECTATIONS</w:t>
      </w:r>
    </w:p>
    <w:p>
      <w:pPr>
        <w:pStyle w:val="ListBullet"/>
        <w:spacing w:after="20"/>
      </w:pPr>
      <w:r>
        <w:t>Maintains a current, organized, resident-centered activity program and calendar.</w:t>
      </w:r>
    </w:p>
    <w:p>
      <w:pPr>
        <w:pStyle w:val="ListBullet"/>
        <w:spacing w:after="20"/>
      </w:pPr>
      <w:r>
        <w:t>Provides meaningful activities appropriate to resident preferences, abilities, and needs.</w:t>
      </w:r>
    </w:p>
    <w:p>
      <w:pPr>
        <w:pStyle w:val="ListBullet"/>
        <w:spacing w:after="20"/>
      </w:pPr>
      <w:r>
        <w:t>Documents resident participation and program activities accurately and timely.</w:t>
      </w:r>
    </w:p>
    <w:p>
      <w:pPr>
        <w:pStyle w:val="ListBullet"/>
        <w:spacing w:after="20"/>
      </w:pPr>
      <w:r>
        <w:t>Coordinates safely with nursing and other disciplines.</w:t>
      </w:r>
    </w:p>
    <w:p>
      <w:pPr>
        <w:pStyle w:val="ListBullet"/>
        <w:spacing w:after="20"/>
      </w:pPr>
      <w:r>
        <w:t>Protects resident rights, dignity, privacy, choice, and confidentiality.</w:t>
      </w:r>
    </w:p>
    <w:p>
      <w:pPr>
        <w:pStyle w:val="ListBullet"/>
        <w:spacing w:after="20"/>
      </w:pPr>
      <w:r>
        <w:t>Maintains activity supplies, records, and programming in a clean, organized, and survey-ready condition.</w:t>
      </w:r>
    </w:p>
    <w:p>
      <w:pPr>
        <w:pStyle w:val="ListBullet"/>
        <w:spacing w:after="20"/>
      </w:pPr>
      <w:r>
        <w:t>Responds to resident feedback and identified opportunities for program improvement.</w:t>
      </w:r>
    </w:p>
    <w:p>
      <w:pPr>
        <w:spacing w:before="120" w:after="60"/>
        <w:shd w:fill="D9EAF7"/>
      </w:pPr>
      <w:r>
        <w:rPr>
          <w:b/>
          <w:sz w:val="22"/>
        </w:rPr>
        <w:t>ACKNOWLEDGMENT</w:t>
      </w:r>
    </w:p>
    <w:p>
      <w:r>
        <w:t>I acknowledge that I have received, reviewed, and understand this job description. I understand the duties, responsibilities, limitations, required competencies, and performance expectations of the Activities Director position and agree to perform assigned responsibilities within my qualifications, training, applicable requirements, and facility policies and procedures.</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Relevant Certification / Credential (if applicable):</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Administrator/DON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Activities Director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